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08" w:rsidRDefault="00362702">
      <w:pPr>
        <w:spacing w:after="40"/>
        <w:jc w:val="center"/>
        <w:rPr>
          <w:rFonts w:hint="eastAsia"/>
        </w:rPr>
      </w:pPr>
      <w:r>
        <w:rPr>
          <w:noProof/>
          <w:lang w:val="tr-TR" w:eastAsia="tr-TR"/>
        </w:rPr>
        <w:drawing>
          <wp:inline distT="0" distB="0" distL="0" distR="0">
            <wp:extent cx="777240" cy="777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ziantep-universitesi-logo-conver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108" w:rsidRPr="00DA44A5" w:rsidRDefault="00362702">
      <w:pPr>
        <w:spacing w:after="20"/>
        <w:jc w:val="center"/>
        <w:rPr>
          <w:rFonts w:hint="eastAsia"/>
        </w:rPr>
      </w:pPr>
      <w:r w:rsidRPr="00DA44A5">
        <w:rPr>
          <w:b/>
          <w:sz w:val="26"/>
        </w:rPr>
        <w:t>2026-2027 GÜZ DÖNEMİ</w:t>
      </w:r>
    </w:p>
    <w:p w:rsidR="00DA44A5" w:rsidRPr="00DA44A5" w:rsidRDefault="00362702">
      <w:pPr>
        <w:spacing w:after="40"/>
        <w:jc w:val="center"/>
        <w:rPr>
          <w:rFonts w:hint="eastAsia"/>
          <w:b/>
          <w:sz w:val="28"/>
        </w:rPr>
      </w:pPr>
      <w:r w:rsidRPr="00DA44A5">
        <w:rPr>
          <w:b/>
          <w:sz w:val="28"/>
        </w:rPr>
        <w:t>FEL</w:t>
      </w:r>
      <w:r w:rsidR="00DA44A5" w:rsidRPr="00DA44A5">
        <w:rPr>
          <w:b/>
          <w:sz w:val="28"/>
        </w:rPr>
        <w:t xml:space="preserve">SEFE BÖLÜMÜ </w:t>
      </w:r>
    </w:p>
    <w:p w:rsidR="00DA44A5" w:rsidRPr="00DA44A5" w:rsidRDefault="00DA44A5">
      <w:pPr>
        <w:spacing w:after="40"/>
        <w:jc w:val="center"/>
        <w:rPr>
          <w:rFonts w:hint="eastAsia"/>
          <w:b/>
          <w:sz w:val="28"/>
        </w:rPr>
      </w:pPr>
      <w:r w:rsidRPr="00DA44A5">
        <w:rPr>
          <w:b/>
          <w:sz w:val="28"/>
        </w:rPr>
        <w:t>FEL 428 SARTRE SEÇME METİNLER</w:t>
      </w:r>
    </w:p>
    <w:p w:rsidR="00232108" w:rsidRPr="00DA44A5" w:rsidRDefault="001B1404">
      <w:pPr>
        <w:spacing w:after="40"/>
        <w:jc w:val="center"/>
        <w:rPr>
          <w:rFonts w:hint="eastAsia"/>
        </w:rPr>
      </w:pPr>
      <w:r w:rsidRPr="00DA44A5">
        <w:rPr>
          <w:b/>
          <w:sz w:val="28"/>
        </w:rPr>
        <w:t xml:space="preserve"> DERS İZLENCESİ </w:t>
      </w:r>
    </w:p>
    <w:p w:rsidR="00232108" w:rsidRDefault="00232108" w:rsidP="00DA44A5">
      <w:pPr>
        <w:spacing w:after="100"/>
        <w:rPr>
          <w:rFonts w:hint="eastAsia"/>
          <w:i/>
          <w:color w:val="787878"/>
          <w:sz w:val="17"/>
        </w:rPr>
      </w:pPr>
    </w:p>
    <w:p w:rsidR="001B1404" w:rsidRDefault="001B1404">
      <w:pPr>
        <w:spacing w:after="100"/>
        <w:jc w:val="center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816"/>
        <w:gridCol w:w="1800"/>
        <w:gridCol w:w="3816"/>
      </w:tblGrid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Dersin Adı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</w:rPr>
            </w:pPr>
            <w:proofErr w:type="spellStart"/>
            <w:r w:rsidRPr="00DA44A5">
              <w:rPr>
                <w:sz w:val="20"/>
              </w:rPr>
              <w:t>Sarttre</w:t>
            </w:r>
            <w:proofErr w:type="spellEnd"/>
            <w:r w:rsidRPr="00DA44A5">
              <w:rPr>
                <w:sz w:val="20"/>
              </w:rPr>
              <w:t xml:space="preserve"> </w:t>
            </w:r>
            <w:proofErr w:type="spellStart"/>
            <w:r w:rsidRPr="00DA44A5">
              <w:rPr>
                <w:sz w:val="20"/>
              </w:rPr>
              <w:t>Seçme</w:t>
            </w:r>
            <w:proofErr w:type="spellEnd"/>
            <w:r w:rsidRPr="00DA44A5">
              <w:rPr>
                <w:sz w:val="20"/>
              </w:rPr>
              <w:t xml:space="preserve"> </w:t>
            </w:r>
            <w:proofErr w:type="spellStart"/>
            <w:r w:rsidRPr="00DA44A5">
              <w:rPr>
                <w:sz w:val="20"/>
              </w:rPr>
              <w:t>Metinler</w:t>
            </w:r>
            <w:proofErr w:type="spellEnd"/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 Kodu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  <w:szCs w:val="20"/>
              </w:rPr>
            </w:pPr>
            <w:r w:rsidRPr="00DA44A5">
              <w:rPr>
                <w:sz w:val="20"/>
                <w:szCs w:val="20"/>
              </w:rPr>
              <w:t>FEL 428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Program Düzeyi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</w:rPr>
            </w:pPr>
            <w:proofErr w:type="spellStart"/>
            <w:r w:rsidRPr="00DA44A5">
              <w:rPr>
                <w:sz w:val="20"/>
              </w:rPr>
              <w:t>Lisans</w:t>
            </w:r>
            <w:proofErr w:type="spellEnd"/>
            <w:r w:rsidRPr="00DA44A5">
              <w:rPr>
                <w:sz w:val="20"/>
              </w:rPr>
              <w:t xml:space="preserve"> 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Yarıyıl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DA44A5">
              <w:rPr>
                <w:sz w:val="20"/>
                <w:szCs w:val="20"/>
              </w:rPr>
              <w:t>Güz</w:t>
            </w:r>
            <w:proofErr w:type="spellEnd"/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 Veren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</w:rPr>
            </w:pPr>
            <w:r w:rsidRPr="00DA44A5">
              <w:rPr>
                <w:sz w:val="20"/>
              </w:rPr>
              <w:t>Prof.Dr. Senem KURTAR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Haftalık Ders Saati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  <w:szCs w:val="20"/>
              </w:rPr>
            </w:pPr>
            <w:r w:rsidRPr="00DA44A5">
              <w:rPr>
                <w:sz w:val="20"/>
                <w:szCs w:val="20"/>
              </w:rPr>
              <w:t>3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Kredi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</w:rPr>
            </w:pPr>
            <w:r w:rsidRPr="00DA44A5">
              <w:rPr>
                <w:sz w:val="20"/>
              </w:rPr>
              <w:t>3</w:t>
            </w:r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AKTS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  <w:szCs w:val="20"/>
              </w:rPr>
            </w:pPr>
            <w:r w:rsidRPr="00DA44A5">
              <w:rPr>
                <w:sz w:val="20"/>
                <w:szCs w:val="20"/>
              </w:rPr>
              <w:t>5</w:t>
            </w:r>
          </w:p>
        </w:tc>
      </w:tr>
      <w:tr w:rsidR="00232108">
        <w:trPr>
          <w:cantSplit/>
          <w:jc w:val="center"/>
        </w:trPr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Dersin Türü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</w:rPr>
            </w:pPr>
            <w:proofErr w:type="spellStart"/>
            <w:r w:rsidRPr="00DA44A5">
              <w:rPr>
                <w:sz w:val="20"/>
              </w:rPr>
              <w:t>Seçmeli</w:t>
            </w:r>
            <w:proofErr w:type="spellEnd"/>
          </w:p>
        </w:tc>
        <w:tc>
          <w:tcPr>
            <w:tcW w:w="1800" w:type="dxa"/>
            <w:shd w:val="clear" w:color="auto" w:fill="E9EF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spacing w:after="0"/>
              <w:rPr>
                <w:rFonts w:hint="eastAsia"/>
              </w:rPr>
            </w:pPr>
            <w:r>
              <w:rPr>
                <w:b/>
                <w:sz w:val="18"/>
              </w:rPr>
              <w:t>Ders Dili</w:t>
            </w:r>
          </w:p>
        </w:tc>
        <w:tc>
          <w:tcPr>
            <w:tcW w:w="38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DA44A5" w:rsidRDefault="00DA44A5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DA44A5">
              <w:rPr>
                <w:sz w:val="20"/>
                <w:szCs w:val="20"/>
              </w:rPr>
              <w:t>Türkçe</w:t>
            </w:r>
            <w:proofErr w:type="spellEnd"/>
          </w:p>
        </w:tc>
      </w:tr>
    </w:tbl>
    <w:p w:rsidR="00232108" w:rsidRDefault="00362702">
      <w:pPr>
        <w:pStyle w:val="FormHeading"/>
        <w:rPr>
          <w:rFonts w:hint="eastAsia"/>
        </w:rPr>
      </w:pPr>
      <w:r>
        <w:t>Dersin Amacı</w:t>
      </w:r>
    </w:p>
    <w:tbl>
      <w:tblPr>
        <w:tblW w:w="11341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341"/>
      </w:tblGrid>
      <w:tr w:rsidR="00232108" w:rsidTr="00045F6E">
        <w:trPr>
          <w:jc w:val="center"/>
        </w:trPr>
        <w:tc>
          <w:tcPr>
            <w:tcW w:w="11341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4E77F6" w:rsidRDefault="00045F6E" w:rsidP="000B38B0">
            <w:pPr>
              <w:jc w:val="both"/>
              <w:rPr>
                <w:rFonts w:hint="eastAsia"/>
                <w:sz w:val="20"/>
                <w:szCs w:val="20"/>
              </w:rPr>
            </w:pPr>
            <w:r w:rsidRPr="004E77F6">
              <w:rPr>
                <w:sz w:val="20"/>
                <w:szCs w:val="20"/>
              </w:rPr>
              <w:t xml:space="preserve">Bu </w:t>
            </w:r>
            <w:proofErr w:type="spellStart"/>
            <w:r w:rsidRPr="004E77F6">
              <w:rPr>
                <w:sz w:val="20"/>
                <w:szCs w:val="20"/>
              </w:rPr>
              <w:t>dersin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amacı</w:t>
            </w:r>
            <w:proofErr w:type="spellEnd"/>
            <w:r w:rsidRPr="004E77F6">
              <w:rPr>
                <w:sz w:val="20"/>
                <w:szCs w:val="20"/>
              </w:rPr>
              <w:t xml:space="preserve">, Jean-Paul </w:t>
            </w:r>
            <w:proofErr w:type="spellStart"/>
            <w:r w:rsidRPr="004E77F6">
              <w:rPr>
                <w:sz w:val="20"/>
                <w:szCs w:val="20"/>
              </w:rPr>
              <w:t>Sartre’ın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felsefesini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temel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metinleri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üzerinden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sistematik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biçimde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inceleyerek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öğrencilerin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onun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ontolojik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fenomenoloji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varoluşçuluk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anlayışını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kavramalarını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sağlamaktır</w:t>
            </w:r>
            <w:proofErr w:type="spellEnd"/>
            <w:r w:rsidRPr="004E77F6">
              <w:rPr>
                <w:sz w:val="20"/>
                <w:szCs w:val="20"/>
              </w:rPr>
              <w:t xml:space="preserve">. </w:t>
            </w:r>
            <w:proofErr w:type="spellStart"/>
            <w:r w:rsidRPr="004E77F6">
              <w:rPr>
                <w:sz w:val="20"/>
                <w:szCs w:val="20"/>
              </w:rPr>
              <w:t>Ders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Sartre’ın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özgürlük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hiçlik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kötü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niyet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olumsallık</w:t>
            </w:r>
            <w:proofErr w:type="spellEnd"/>
            <w:r w:rsidRPr="004E77F6">
              <w:rPr>
                <w:sz w:val="20"/>
                <w:szCs w:val="20"/>
              </w:rPr>
              <w:t xml:space="preserve">, zamansallık, </w:t>
            </w:r>
            <w:proofErr w:type="spellStart"/>
            <w:r w:rsidRPr="004E77F6">
              <w:rPr>
                <w:sz w:val="20"/>
                <w:szCs w:val="20"/>
              </w:rPr>
              <w:t>başkası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beden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eylem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sorumluluk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kavramları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arasındaki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ilişkileri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çözümleyebilme</w:t>
            </w:r>
            <w:proofErr w:type="spellEnd"/>
            <w:r w:rsidRPr="004E77F6">
              <w:rPr>
                <w:sz w:val="20"/>
                <w:szCs w:val="20"/>
              </w:rPr>
              <w:t xml:space="preserve">; </w:t>
            </w:r>
            <w:proofErr w:type="spellStart"/>
            <w:r w:rsidRPr="004E77F6">
              <w:rPr>
                <w:sz w:val="20"/>
                <w:szCs w:val="20"/>
              </w:rPr>
              <w:t>bu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kavramların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çağdaş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insan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varoluşuna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ilişkin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ortaya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koyduğu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sorunları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eleştirel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biçimde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değerlendirebilme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becerisi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kazandırmayı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amaçlar</w:t>
            </w:r>
            <w:proofErr w:type="spellEnd"/>
            <w:r w:rsidRPr="004E77F6">
              <w:rPr>
                <w:sz w:val="20"/>
                <w:szCs w:val="20"/>
              </w:rPr>
              <w:t xml:space="preserve">. </w:t>
            </w:r>
            <w:proofErr w:type="spellStart"/>
            <w:r w:rsidRPr="004E77F6">
              <w:rPr>
                <w:sz w:val="20"/>
                <w:szCs w:val="20"/>
              </w:rPr>
              <w:t>Ayrıca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öğrencilerin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birincil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felsefi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metinleri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yakın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okuma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kavramsal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olarak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çözümleme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yorumlama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düşüncelerini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yazılı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sözlü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olarak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ifade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etme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becerilerinin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geliştirilmesi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hedeflenmektedir</w:t>
            </w:r>
            <w:proofErr w:type="spellEnd"/>
            <w:r w:rsidRPr="004E77F6">
              <w:rPr>
                <w:sz w:val="20"/>
                <w:szCs w:val="20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Dersin</w:t>
      </w:r>
      <w:proofErr w:type="spellEnd"/>
      <w:r>
        <w:t xml:space="preserve"> </w:t>
      </w:r>
      <w:proofErr w:type="spellStart"/>
      <w:r>
        <w:t>İçeriği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329"/>
      </w:tblGrid>
      <w:tr w:rsidR="00232108" w:rsidTr="009E4E94">
        <w:trPr>
          <w:jc w:val="center"/>
        </w:trPr>
        <w:tc>
          <w:tcPr>
            <w:tcW w:w="11329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DA44A5" w:rsidRDefault="004E77F6" w:rsidP="00DA44A5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4E77F6">
              <w:rPr>
                <w:sz w:val="20"/>
                <w:szCs w:val="20"/>
              </w:rPr>
              <w:t>Ders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Sartre’ın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özgürlük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felsefesine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genel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bir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girişle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başlayarak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İmgelem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Ego’nun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Aşkınlığı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gibi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Hiçlik</w:t>
            </w:r>
            <w:r w:rsidRPr="004E77F6">
              <w:rPr>
                <w:sz w:val="20"/>
                <w:szCs w:val="20"/>
              </w:rPr>
              <w:t>’i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hazırlayan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erken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dönem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çalışmalarını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ele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alır</w:t>
            </w:r>
            <w:proofErr w:type="spellEnd"/>
            <w:r w:rsidRPr="004E77F6">
              <w:rPr>
                <w:sz w:val="20"/>
                <w:szCs w:val="20"/>
              </w:rPr>
              <w:t xml:space="preserve">. </w:t>
            </w:r>
            <w:proofErr w:type="spellStart"/>
            <w:r w:rsidRPr="004E77F6">
              <w:rPr>
                <w:sz w:val="20"/>
                <w:szCs w:val="20"/>
              </w:rPr>
              <w:t>Ardından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Hiçlik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merkezinde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görünüş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fenomen</w:t>
            </w:r>
            <w:proofErr w:type="spellEnd"/>
            <w:r w:rsidRPr="004E77F6">
              <w:rPr>
                <w:sz w:val="20"/>
                <w:szCs w:val="20"/>
              </w:rPr>
              <w:t>, pre-</w:t>
            </w:r>
            <w:proofErr w:type="spellStart"/>
            <w:r w:rsidRPr="004E77F6">
              <w:rPr>
                <w:sz w:val="20"/>
                <w:szCs w:val="20"/>
              </w:rPr>
              <w:t>reflektif</w:t>
            </w:r>
            <w:proofErr w:type="spellEnd"/>
            <w:r w:rsidRPr="004E77F6">
              <w:rPr>
                <w:sz w:val="20"/>
                <w:szCs w:val="20"/>
              </w:rPr>
              <w:t xml:space="preserve"> cogito, </w:t>
            </w:r>
            <w:proofErr w:type="spellStart"/>
            <w:r w:rsidRPr="004E77F6">
              <w:rPr>
                <w:sz w:val="20"/>
                <w:szCs w:val="20"/>
              </w:rPr>
              <w:t>kendinde-varlık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kendisi-için-varlık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hiçlik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olumsuzlama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kötü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niyet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olanak</w:t>
            </w:r>
            <w:proofErr w:type="spellEnd"/>
            <w:r w:rsidRPr="004E77F6">
              <w:rPr>
                <w:sz w:val="20"/>
                <w:szCs w:val="20"/>
              </w:rPr>
              <w:t xml:space="preserve">, zamansallık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aşkınlık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başkası-için-varlık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bakış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beden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özgürlük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sz w:val="20"/>
                <w:szCs w:val="20"/>
              </w:rPr>
              <w:t>eylem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olumsallık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gibi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temel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kavram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problemler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incelenir</w:t>
            </w:r>
            <w:proofErr w:type="spellEnd"/>
            <w:r w:rsidRPr="004E77F6">
              <w:rPr>
                <w:sz w:val="20"/>
                <w:szCs w:val="20"/>
              </w:rPr>
              <w:t xml:space="preserve">. </w:t>
            </w:r>
            <w:proofErr w:type="spellStart"/>
            <w:r w:rsidRPr="004E77F6">
              <w:rPr>
                <w:sz w:val="20"/>
                <w:szCs w:val="20"/>
              </w:rPr>
              <w:t>Dersin</w:t>
            </w:r>
            <w:proofErr w:type="spellEnd"/>
            <w:r w:rsidRPr="004E77F6">
              <w:rPr>
                <w:sz w:val="20"/>
                <w:szCs w:val="20"/>
              </w:rPr>
              <w:t xml:space="preserve"> son </w:t>
            </w:r>
            <w:proofErr w:type="spellStart"/>
            <w:r w:rsidRPr="004E77F6">
              <w:rPr>
                <w:sz w:val="20"/>
                <w:szCs w:val="20"/>
              </w:rPr>
              <w:t>bölümünde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bu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ontolojik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varoluşsal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kavramların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Bulantı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Sinekler</w:t>
            </w:r>
            <w:proofErr w:type="spellEnd"/>
            <w:r w:rsidRPr="004E77F6">
              <w:rPr>
                <w:sz w:val="20"/>
                <w:szCs w:val="20"/>
              </w:rPr>
              <w:t xml:space="preserve">,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Çıkış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Yok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Altona</w:t>
            </w:r>
            <w:proofErr w:type="spellEnd"/>
            <w:r w:rsidRPr="004E77F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i/>
                <w:iCs/>
                <w:sz w:val="20"/>
                <w:szCs w:val="20"/>
              </w:rPr>
              <w:t>Mahpusları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gibi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edebî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ve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teatral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eserlerdeki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görünümleri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felsefi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metinlerle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ilişkilendirilerek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analiz</w:t>
            </w:r>
            <w:proofErr w:type="spellEnd"/>
            <w:r w:rsidRPr="004E77F6">
              <w:rPr>
                <w:sz w:val="20"/>
                <w:szCs w:val="20"/>
              </w:rPr>
              <w:t xml:space="preserve"> </w:t>
            </w:r>
            <w:proofErr w:type="spellStart"/>
            <w:r w:rsidRPr="004E77F6">
              <w:rPr>
                <w:sz w:val="20"/>
                <w:szCs w:val="20"/>
              </w:rPr>
              <w:t>edilir</w:t>
            </w:r>
            <w:proofErr w:type="spellEnd"/>
          </w:p>
          <w:p w:rsidR="00232108" w:rsidRPr="00DA44A5" w:rsidRDefault="00232108" w:rsidP="00DA44A5">
            <w:pPr>
              <w:jc w:val="both"/>
              <w:rPr>
                <w:rFonts w:hint="eastAsia"/>
                <w:sz w:val="20"/>
                <w:szCs w:val="20"/>
              </w:rPr>
            </w:pP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>
        <w:trPr>
          <w:cantSplit/>
          <w:tblHeader/>
          <w:jc w:val="center"/>
        </w:trPr>
        <w:tc>
          <w:tcPr>
            <w:tcW w:w="79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104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b/>
                <w:sz w:val="18"/>
              </w:rPr>
              <w:t>Öğrenme Çıktısı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CC5B85" w:rsidRDefault="00CC5B85" w:rsidP="003B6F5D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CC5B85">
              <w:rPr>
                <w:sz w:val="20"/>
                <w:szCs w:val="20"/>
              </w:rPr>
              <w:t>Sartre’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varolu</w:t>
            </w:r>
            <w:r w:rsidRPr="00CC5B85">
              <w:rPr>
                <w:rFonts w:hint="cs"/>
                <w:sz w:val="20"/>
                <w:szCs w:val="20"/>
              </w:rPr>
              <w:t>şç</w:t>
            </w:r>
            <w:r w:rsidRPr="00CC5B85">
              <w:rPr>
                <w:sz w:val="20"/>
                <w:szCs w:val="20"/>
              </w:rPr>
              <w:t>u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felsefesinin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temel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kavramlar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bu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kavramlar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ontolojik</w:t>
            </w:r>
            <w:proofErr w:type="spellEnd"/>
            <w:r w:rsidRPr="00CC5B85">
              <w:rPr>
                <w:sz w:val="20"/>
                <w:szCs w:val="20"/>
              </w:rPr>
              <w:t xml:space="preserve">-fenomenolojik </w:t>
            </w:r>
            <w:proofErr w:type="spellStart"/>
            <w:r w:rsidRPr="00CC5B85">
              <w:rPr>
                <w:sz w:val="20"/>
                <w:szCs w:val="20"/>
              </w:rPr>
              <w:t>dayanaklar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</w:t>
            </w:r>
            <w:r w:rsidRPr="00CC5B85">
              <w:rPr>
                <w:rFonts w:hint="cs"/>
                <w:sz w:val="20"/>
                <w:szCs w:val="20"/>
              </w:rPr>
              <w:t>çı</w:t>
            </w:r>
            <w:r w:rsidRPr="00CC5B85">
              <w:rPr>
                <w:sz w:val="20"/>
                <w:szCs w:val="20"/>
              </w:rPr>
              <w:t>klar</w:t>
            </w:r>
            <w:proofErr w:type="spellEnd"/>
            <w:r w:rsidRPr="00CC5B85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CC5B85" w:rsidRDefault="00CC5B85" w:rsidP="003B6F5D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CC5B85">
              <w:rPr>
                <w:sz w:val="20"/>
                <w:szCs w:val="20"/>
              </w:rPr>
              <w:t>Kendinde-varl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kendisi-i</w:t>
            </w:r>
            <w:r w:rsidRPr="00CC5B85">
              <w:rPr>
                <w:rFonts w:hint="cs"/>
                <w:sz w:val="20"/>
                <w:szCs w:val="20"/>
              </w:rPr>
              <w:t>ç</w:t>
            </w:r>
            <w:r w:rsidRPr="00CC5B85">
              <w:rPr>
                <w:sz w:val="20"/>
                <w:szCs w:val="20"/>
              </w:rPr>
              <w:t>in-varl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hi</w:t>
            </w:r>
            <w:r w:rsidRPr="00CC5B85">
              <w:rPr>
                <w:rFonts w:hint="cs"/>
                <w:sz w:val="20"/>
                <w:szCs w:val="20"/>
              </w:rPr>
              <w:t>ç</w:t>
            </w:r>
            <w:r w:rsidRPr="00CC5B85">
              <w:rPr>
                <w:sz w:val="20"/>
                <w:szCs w:val="20"/>
              </w:rPr>
              <w:t>lik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k</w:t>
            </w:r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t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niyet</w:t>
            </w:r>
            <w:proofErr w:type="spellEnd"/>
            <w:r w:rsidRPr="00CC5B85">
              <w:rPr>
                <w:sz w:val="20"/>
                <w:szCs w:val="20"/>
              </w:rPr>
              <w:t>, zamansall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 xml:space="preserve">k, </w:t>
            </w:r>
            <w:proofErr w:type="spellStart"/>
            <w:r w:rsidRPr="00CC5B85">
              <w:rPr>
                <w:sz w:val="20"/>
                <w:szCs w:val="20"/>
              </w:rPr>
              <w:t>ba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kas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-i</w:t>
            </w:r>
            <w:r w:rsidRPr="00CC5B85">
              <w:rPr>
                <w:rFonts w:hint="cs"/>
                <w:sz w:val="20"/>
                <w:szCs w:val="20"/>
              </w:rPr>
              <w:t>ç</w:t>
            </w:r>
            <w:r w:rsidRPr="00CC5B85">
              <w:rPr>
                <w:sz w:val="20"/>
                <w:szCs w:val="20"/>
              </w:rPr>
              <w:t>in-varl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zg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rl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kavramlar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aras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ndaki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ili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kileri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analiz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eder</w:t>
            </w:r>
            <w:proofErr w:type="spellEnd"/>
            <w:r w:rsidRPr="00CC5B85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CC5B85" w:rsidRDefault="00CC5B85" w:rsidP="003B6F5D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CC5B85">
              <w:rPr>
                <w:sz w:val="20"/>
                <w:szCs w:val="20"/>
              </w:rPr>
              <w:t>Sartre’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erken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d</w:t>
            </w:r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nem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rFonts w:hint="cs"/>
                <w:sz w:val="20"/>
                <w:szCs w:val="20"/>
              </w:rPr>
              <w:t>ç</w:t>
            </w:r>
            <w:r w:rsidRPr="00CC5B85">
              <w:rPr>
                <w:sz w:val="20"/>
                <w:szCs w:val="20"/>
              </w:rPr>
              <w:t>al</w:t>
            </w:r>
            <w:r w:rsidRPr="00CC5B85">
              <w:rPr>
                <w:rFonts w:hint="cs"/>
                <w:sz w:val="20"/>
                <w:szCs w:val="20"/>
              </w:rPr>
              <w:t>ış</w:t>
            </w:r>
            <w:r w:rsidRPr="00CC5B85">
              <w:rPr>
                <w:sz w:val="20"/>
                <w:szCs w:val="20"/>
              </w:rPr>
              <w:t>malar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ndan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i/>
                <w:sz w:val="20"/>
                <w:szCs w:val="20"/>
              </w:rPr>
              <w:t>Varl</w:t>
            </w:r>
            <w:r w:rsidRPr="00CC5B85">
              <w:rPr>
                <w:rFonts w:hint="cs"/>
                <w:i/>
                <w:sz w:val="20"/>
                <w:szCs w:val="20"/>
              </w:rPr>
              <w:t>ı</w:t>
            </w:r>
            <w:r w:rsidRPr="00CC5B85">
              <w:rPr>
                <w:i/>
                <w:sz w:val="20"/>
                <w:szCs w:val="20"/>
              </w:rPr>
              <w:t>k</w:t>
            </w:r>
            <w:proofErr w:type="spellEnd"/>
            <w:r w:rsidRPr="00CC5B8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i/>
                <w:sz w:val="20"/>
                <w:szCs w:val="20"/>
              </w:rPr>
              <w:t>ve</w:t>
            </w:r>
            <w:proofErr w:type="spellEnd"/>
            <w:r w:rsidRPr="00CC5B8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i/>
                <w:sz w:val="20"/>
                <w:szCs w:val="20"/>
              </w:rPr>
              <w:t>Hi</w:t>
            </w:r>
            <w:r w:rsidRPr="00CC5B85">
              <w:rPr>
                <w:rFonts w:hint="cs"/>
                <w:i/>
                <w:sz w:val="20"/>
                <w:szCs w:val="20"/>
              </w:rPr>
              <w:t>ç</w:t>
            </w:r>
            <w:r w:rsidRPr="00CC5B85">
              <w:rPr>
                <w:i/>
                <w:sz w:val="20"/>
                <w:szCs w:val="20"/>
              </w:rPr>
              <w:t>lik</w:t>
            </w:r>
            <w:r w:rsidRPr="00CC5B85">
              <w:rPr>
                <w:sz w:val="20"/>
                <w:szCs w:val="20"/>
              </w:rPr>
              <w:t>’e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uzanan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d</w:t>
            </w:r>
            <w:r w:rsidRPr="00CC5B85">
              <w:rPr>
                <w:rFonts w:hint="cs"/>
                <w:sz w:val="20"/>
                <w:szCs w:val="20"/>
              </w:rPr>
              <w:t>üşü</w:t>
            </w:r>
            <w:r w:rsidRPr="00CC5B85">
              <w:rPr>
                <w:sz w:val="20"/>
                <w:szCs w:val="20"/>
              </w:rPr>
              <w:t>nsel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geli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imi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kar</w:t>
            </w:r>
            <w:r w:rsidRPr="00CC5B85">
              <w:rPr>
                <w:rFonts w:hint="cs"/>
                <w:sz w:val="20"/>
                <w:szCs w:val="20"/>
              </w:rPr>
              <w:t>şı</w:t>
            </w:r>
            <w:r w:rsidRPr="00CC5B85">
              <w:rPr>
                <w:sz w:val="20"/>
                <w:szCs w:val="20"/>
              </w:rPr>
              <w:t>la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t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rmal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olarak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de</w:t>
            </w:r>
            <w:r w:rsidRPr="00CC5B85">
              <w:rPr>
                <w:rFonts w:hint="cs"/>
                <w:sz w:val="20"/>
                <w:szCs w:val="20"/>
              </w:rPr>
              <w:t>ğ</w:t>
            </w:r>
            <w:r w:rsidRPr="00CC5B85">
              <w:rPr>
                <w:sz w:val="20"/>
                <w:szCs w:val="20"/>
              </w:rPr>
              <w:t>erlendirir</w:t>
            </w:r>
            <w:proofErr w:type="spellEnd"/>
            <w:r w:rsidRPr="00CC5B85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CC5B85" w:rsidRDefault="00CC5B85" w:rsidP="003B6F5D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CC5B85">
              <w:rPr>
                <w:sz w:val="20"/>
                <w:szCs w:val="20"/>
              </w:rPr>
              <w:t>Sartre’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zg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rl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eylem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olumsall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k</w:t>
            </w:r>
            <w:proofErr w:type="spellEnd"/>
            <w:r w:rsidRPr="00CC5B85">
              <w:rPr>
                <w:sz w:val="20"/>
                <w:szCs w:val="20"/>
              </w:rPr>
              <w:t xml:space="preserve">, </w:t>
            </w:r>
            <w:proofErr w:type="spellStart"/>
            <w:r w:rsidRPr="00CC5B85">
              <w:rPr>
                <w:sz w:val="20"/>
                <w:szCs w:val="20"/>
              </w:rPr>
              <w:t>ba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kas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sorumluluk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anlay</w:t>
            </w:r>
            <w:r w:rsidRPr="00CC5B85">
              <w:rPr>
                <w:rFonts w:hint="cs"/>
                <w:sz w:val="20"/>
                <w:szCs w:val="20"/>
              </w:rPr>
              <w:t>ışı</w:t>
            </w:r>
            <w:r w:rsidRPr="00CC5B85">
              <w:rPr>
                <w:sz w:val="20"/>
                <w:szCs w:val="20"/>
              </w:rPr>
              <w:t>n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insan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varolu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unun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temel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problemleriyle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ili</w:t>
            </w:r>
            <w:r w:rsidRPr="00CC5B85">
              <w:rPr>
                <w:rFonts w:hint="cs"/>
                <w:sz w:val="20"/>
                <w:szCs w:val="20"/>
              </w:rPr>
              <w:t>ş</w:t>
            </w:r>
            <w:r w:rsidRPr="00CC5B85">
              <w:rPr>
                <w:sz w:val="20"/>
                <w:szCs w:val="20"/>
              </w:rPr>
              <w:t>kilendirerek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yorumlar</w:t>
            </w:r>
            <w:proofErr w:type="spellEnd"/>
            <w:r w:rsidRPr="00CC5B85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CC5B85" w:rsidRDefault="00CC5B85" w:rsidP="003B6F5D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CC5B85">
              <w:rPr>
                <w:sz w:val="20"/>
                <w:szCs w:val="20"/>
              </w:rPr>
              <w:t>Sartre’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felsefi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kavramlar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n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edeb</w:t>
            </w:r>
            <w:r w:rsidRPr="00CC5B85">
              <w:rPr>
                <w:rFonts w:hint="cs"/>
                <w:sz w:val="20"/>
                <w:szCs w:val="20"/>
              </w:rPr>
              <w:t>î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teatral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eserlerindeki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g</w:t>
            </w:r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r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n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r w:rsidRPr="00CC5B85">
              <w:rPr>
                <w:sz w:val="20"/>
                <w:szCs w:val="20"/>
              </w:rPr>
              <w:t>mlerini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analiz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eder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bu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analizleri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s</w:t>
            </w:r>
            <w:r w:rsidRPr="00CC5B85">
              <w:rPr>
                <w:rFonts w:hint="cs"/>
                <w:sz w:val="20"/>
                <w:szCs w:val="20"/>
              </w:rPr>
              <w:t>ö</w:t>
            </w:r>
            <w:r w:rsidRPr="00CC5B85">
              <w:rPr>
                <w:sz w:val="20"/>
                <w:szCs w:val="20"/>
              </w:rPr>
              <w:t>zl</w:t>
            </w:r>
            <w:r w:rsidRPr="00CC5B85">
              <w:rPr>
                <w:rFonts w:hint="cs"/>
                <w:sz w:val="20"/>
                <w:szCs w:val="20"/>
              </w:rPr>
              <w:t>ü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ve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yaz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r w:rsidRPr="00CC5B85">
              <w:rPr>
                <w:sz w:val="20"/>
                <w:szCs w:val="20"/>
              </w:rPr>
              <w:t>l</w:t>
            </w:r>
            <w:r w:rsidRPr="00CC5B85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olarak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ifade</w:t>
            </w:r>
            <w:proofErr w:type="spellEnd"/>
            <w:r w:rsidRPr="00CC5B85">
              <w:rPr>
                <w:sz w:val="20"/>
                <w:szCs w:val="20"/>
              </w:rPr>
              <w:t xml:space="preserve"> </w:t>
            </w:r>
            <w:proofErr w:type="spellStart"/>
            <w:r w:rsidRPr="00CC5B85">
              <w:rPr>
                <w:sz w:val="20"/>
                <w:szCs w:val="20"/>
              </w:rPr>
              <w:t>eder</w:t>
            </w:r>
            <w:proofErr w:type="spellEnd"/>
            <w:r w:rsidRPr="00CC5B85">
              <w:rPr>
                <w:sz w:val="20"/>
                <w:szCs w:val="20"/>
              </w:rPr>
              <w:t>.</w:t>
            </w:r>
          </w:p>
        </w:tc>
      </w:tr>
    </w:tbl>
    <w:p w:rsidR="00232108" w:rsidRDefault="00232108">
      <w:pPr>
        <w:rPr>
          <w:rFonts w:hint="eastAsia"/>
        </w:rPr>
      </w:pPr>
    </w:p>
    <w:p w:rsidR="00CC5B85" w:rsidRDefault="00CC5B85">
      <w:pPr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r>
        <w:t>14 Haftalık Ders Planı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240"/>
        <w:gridCol w:w="6912"/>
      </w:tblGrid>
      <w:tr w:rsidR="00232108">
        <w:trPr>
          <w:cantSplit/>
          <w:tblHeader/>
          <w:jc w:val="center"/>
        </w:trPr>
        <w:tc>
          <w:tcPr>
            <w:tcW w:w="108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w="324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Konu</w:t>
            </w:r>
          </w:p>
        </w:tc>
        <w:tc>
          <w:tcPr>
            <w:tcW w:w="691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İçerik / Okuma / Hazırlık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8A111B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Sartre’ın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Felsefesine</w:t>
            </w:r>
            <w:proofErr w:type="spellEnd"/>
            <w:r w:rsidRPr="00045F6E">
              <w:rPr>
                <w:sz w:val="18"/>
                <w:szCs w:val="18"/>
              </w:rPr>
              <w:t xml:space="preserve"> Ana </w:t>
            </w:r>
            <w:proofErr w:type="spellStart"/>
            <w:r w:rsidRPr="00045F6E">
              <w:rPr>
                <w:sz w:val="18"/>
                <w:szCs w:val="18"/>
              </w:rPr>
              <w:t>Hatlarıyla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Giriş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4A5B80" w:rsidP="004A5B80">
            <w:pPr>
              <w:jc w:val="both"/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Emmanuel </w:t>
            </w:r>
            <w:proofErr w:type="spellStart"/>
            <w:r w:rsidRPr="00045F6E">
              <w:rPr>
                <w:sz w:val="18"/>
                <w:szCs w:val="18"/>
              </w:rPr>
              <w:t>Mounier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Varoluş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Felsefelerine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Giriş</w:t>
            </w:r>
            <w:proofErr w:type="spellEnd"/>
            <w:r w:rsidRPr="00045F6E">
              <w:rPr>
                <w:sz w:val="18"/>
                <w:szCs w:val="18"/>
              </w:rPr>
              <w:t xml:space="preserve">, Sartre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ateist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varoluşçulukla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ilgili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</w:t>
            </w:r>
            <w:proofErr w:type="spellEnd"/>
            <w:r w:rsidRPr="00045F6E">
              <w:rPr>
                <w:sz w:val="18"/>
                <w:szCs w:val="18"/>
              </w:rPr>
              <w:t xml:space="preserve">. </w:t>
            </w:r>
            <w:proofErr w:type="spellStart"/>
            <w:r w:rsidRPr="00045F6E">
              <w:rPr>
                <w:bCs/>
                <w:sz w:val="18"/>
                <w:szCs w:val="18"/>
              </w:rPr>
              <w:t>Destekleyici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okuma</w:t>
            </w:r>
            <w:proofErr w:type="spellEnd"/>
            <w:r w:rsidRPr="00045F6E">
              <w:rPr>
                <w:bCs/>
                <w:sz w:val="18"/>
                <w:szCs w:val="18"/>
              </w:rPr>
              <w:t>:</w:t>
            </w:r>
            <w:r w:rsidRPr="00045F6E">
              <w:rPr>
                <w:sz w:val="18"/>
                <w:szCs w:val="18"/>
              </w:rPr>
              <w:t xml:space="preserve"> 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>, “</w:t>
            </w:r>
            <w:proofErr w:type="spellStart"/>
            <w:r w:rsidRPr="00045F6E">
              <w:rPr>
                <w:sz w:val="18"/>
                <w:szCs w:val="18"/>
              </w:rPr>
              <w:t>Varlığın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Araştırılmasına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Giriş</w:t>
            </w:r>
            <w:proofErr w:type="spellEnd"/>
            <w:r w:rsidRPr="00045F6E">
              <w:rPr>
                <w:sz w:val="18"/>
                <w:szCs w:val="18"/>
              </w:rPr>
              <w:t xml:space="preserve">”,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r w:rsidRPr="00045F6E">
              <w:rPr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Cs/>
                <w:sz w:val="18"/>
                <w:szCs w:val="18"/>
              </w:rPr>
              <w:t>Fenomen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Fikri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” </w:t>
            </w:r>
            <w:proofErr w:type="spellStart"/>
            <w:r w:rsidRPr="00045F6E">
              <w:rPr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bCs/>
                <w:sz w:val="18"/>
                <w:szCs w:val="18"/>
              </w:rPr>
              <w:t>Varlık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Fenomeni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Fenomenin</w:t>
            </w:r>
            <w:proofErr w:type="spellEnd"/>
            <w:r w:rsidRPr="00045F6E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Cs/>
                <w:sz w:val="18"/>
                <w:szCs w:val="18"/>
              </w:rPr>
              <w:t>Varlığı</w:t>
            </w:r>
            <w:proofErr w:type="spellEnd"/>
            <w:r w:rsidRPr="00045F6E">
              <w:rPr>
                <w:bCs/>
                <w:sz w:val="18"/>
                <w:szCs w:val="18"/>
              </w:rPr>
              <w:t>”, s. 17–25.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2.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4A5B80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i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sz w:val="18"/>
                <w:szCs w:val="18"/>
              </w:rPr>
              <w:t>Hiçlik</w:t>
            </w:r>
            <w:r w:rsidRPr="00045F6E">
              <w:rPr>
                <w:sz w:val="18"/>
                <w:szCs w:val="18"/>
              </w:rPr>
              <w:t>’i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Hazırlayan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Temel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Metinler</w:t>
            </w:r>
            <w:proofErr w:type="spellEnd"/>
            <w:r w:rsidRPr="00045F6E">
              <w:rPr>
                <w:sz w:val="18"/>
                <w:szCs w:val="18"/>
              </w:rPr>
              <w:t xml:space="preserve"> I: </w:t>
            </w:r>
            <w:proofErr w:type="spellStart"/>
            <w:r w:rsidRPr="00045F6E">
              <w:rPr>
                <w:sz w:val="18"/>
                <w:szCs w:val="18"/>
              </w:rPr>
              <w:t>İmgelem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746862" w:rsidP="00371EFE">
            <w:pPr>
              <w:jc w:val="both"/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İmgelem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imge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anlayışının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klasik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teorilerden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ayrıldığı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bölümler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ile</w:t>
            </w:r>
            <w:proofErr w:type="spellEnd"/>
            <w:r w:rsidRPr="00045F6E">
              <w:rPr>
                <w:sz w:val="18"/>
                <w:szCs w:val="18"/>
              </w:rPr>
              <w:t xml:space="preserve"> Husserl’in </w:t>
            </w:r>
            <w:proofErr w:type="spellStart"/>
            <w:r w:rsidRPr="00045F6E">
              <w:rPr>
                <w:sz w:val="18"/>
                <w:szCs w:val="18"/>
              </w:rPr>
              <w:t>imge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teorisinin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tartışıldığı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bölümler</w:t>
            </w:r>
            <w:proofErr w:type="spellEnd"/>
            <w:r w:rsidRPr="00045F6E">
              <w:rPr>
                <w:sz w:val="18"/>
                <w:szCs w:val="18"/>
              </w:rPr>
              <w:t xml:space="preserve">.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Seçili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okuma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kitabın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giriş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sonuç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bölümleri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1E0A96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Hiçlik’i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Hazırlayan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Temel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Metinler</w:t>
            </w:r>
            <w:proofErr w:type="spellEnd"/>
            <w:r w:rsidRPr="00045F6E">
              <w:rPr>
                <w:sz w:val="18"/>
                <w:szCs w:val="18"/>
              </w:rPr>
              <w:t xml:space="preserve"> II: </w:t>
            </w:r>
            <w:proofErr w:type="spellStart"/>
            <w:r w:rsidRPr="00045F6E">
              <w:rPr>
                <w:sz w:val="18"/>
                <w:szCs w:val="18"/>
              </w:rPr>
              <w:t>Ego’nun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Aşkınlığı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1E0A96" w:rsidP="00371EFE">
            <w:pPr>
              <w:jc w:val="both"/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Ego’nun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Aşkınlığı</w:t>
            </w:r>
            <w:proofErr w:type="spellEnd"/>
            <w:r w:rsidR="00555E75"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 xml:space="preserve">Ana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metnin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tamamı</w:t>
            </w:r>
            <w:proofErr w:type="spellEnd"/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“Ben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Benlik</w:t>
            </w:r>
            <w:proofErr w:type="spellEnd"/>
            <w:r w:rsidRPr="00045F6E">
              <w:rPr>
                <w:sz w:val="18"/>
                <w:szCs w:val="18"/>
              </w:rPr>
              <w:t xml:space="preserve">” </w:t>
            </w:r>
            <w:proofErr w:type="spellStart"/>
            <w:r w:rsidRPr="00045F6E">
              <w:rPr>
                <w:sz w:val="18"/>
                <w:szCs w:val="18"/>
              </w:rPr>
              <w:t>ile</w:t>
            </w:r>
            <w:proofErr w:type="spellEnd"/>
            <w:r w:rsidRPr="00045F6E">
              <w:rPr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sz w:val="18"/>
                <w:szCs w:val="18"/>
              </w:rPr>
              <w:t>Ego’nun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Kuruluşu</w:t>
            </w:r>
            <w:proofErr w:type="spellEnd"/>
            <w:r w:rsidRPr="00045F6E">
              <w:rPr>
                <w:sz w:val="18"/>
                <w:szCs w:val="18"/>
              </w:rPr>
              <w:t xml:space="preserve">” </w:t>
            </w:r>
            <w:proofErr w:type="spellStart"/>
            <w:r w:rsidRPr="00045F6E">
              <w:rPr>
                <w:sz w:val="18"/>
                <w:szCs w:val="18"/>
              </w:rPr>
              <w:t>tartışmaları</w:t>
            </w:r>
            <w:proofErr w:type="spellEnd"/>
            <w:r w:rsidRPr="00045F6E">
              <w:rPr>
                <w:sz w:val="18"/>
                <w:szCs w:val="18"/>
              </w:rPr>
              <w:t xml:space="preserve">. 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555E75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Sartre’ın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Metafiziği</w:t>
            </w:r>
            <w:proofErr w:type="spellEnd"/>
            <w:r w:rsidRPr="00045F6E">
              <w:rPr>
                <w:sz w:val="18"/>
                <w:szCs w:val="18"/>
              </w:rPr>
              <w:t>/</w:t>
            </w:r>
            <w:proofErr w:type="spellStart"/>
            <w:r w:rsidRPr="00045F6E">
              <w:rPr>
                <w:sz w:val="18"/>
                <w:szCs w:val="18"/>
              </w:rPr>
              <w:t>Ontolojik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Bir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Fenomenoloji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Denemesi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Temel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Kavramlar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555E75">
            <w:pPr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Varlığın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Araştırılmasına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Giriş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”, s. 17–46</w:t>
            </w:r>
            <w:r w:rsidRPr="00045F6E">
              <w:rPr>
                <w:sz w:val="18"/>
                <w:szCs w:val="18"/>
              </w:rPr>
              <w:t>: “</w:t>
            </w:r>
            <w:proofErr w:type="spellStart"/>
            <w:r w:rsidRPr="00045F6E">
              <w:rPr>
                <w:sz w:val="18"/>
                <w:szCs w:val="18"/>
              </w:rPr>
              <w:t>Fenomen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Fikri</w:t>
            </w:r>
            <w:proofErr w:type="spellEnd"/>
            <w:r w:rsidRPr="00045F6E">
              <w:rPr>
                <w:sz w:val="18"/>
                <w:szCs w:val="18"/>
              </w:rPr>
              <w:t>”, “</w:t>
            </w: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Fenomeni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Fenomenin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Varlığı</w:t>
            </w:r>
            <w:proofErr w:type="spellEnd"/>
            <w:r w:rsidRPr="00045F6E">
              <w:rPr>
                <w:sz w:val="18"/>
                <w:szCs w:val="18"/>
              </w:rPr>
              <w:t>”, “</w:t>
            </w:r>
            <w:proofErr w:type="spellStart"/>
            <w:r w:rsidRPr="00045F6E">
              <w:rPr>
                <w:sz w:val="18"/>
                <w:szCs w:val="18"/>
              </w:rPr>
              <w:t>Düşünüm-Öncesi</w:t>
            </w:r>
            <w:proofErr w:type="spellEnd"/>
            <w:r w:rsidRPr="00045F6E">
              <w:rPr>
                <w:sz w:val="18"/>
                <w:szCs w:val="18"/>
              </w:rPr>
              <w:t xml:space="preserve"> Cogito”, “</w:t>
            </w:r>
            <w:proofErr w:type="spellStart"/>
            <w:r w:rsidRPr="00045F6E">
              <w:rPr>
                <w:sz w:val="18"/>
                <w:szCs w:val="18"/>
              </w:rPr>
              <w:t>Ontolojik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Kanıt</w:t>
            </w:r>
            <w:proofErr w:type="spellEnd"/>
            <w:r w:rsidRPr="00045F6E">
              <w:rPr>
                <w:sz w:val="18"/>
                <w:szCs w:val="18"/>
              </w:rPr>
              <w:t xml:space="preserve">”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sz w:val="18"/>
                <w:szCs w:val="18"/>
              </w:rPr>
              <w:t>Kendinde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  <w:r w:rsidRPr="00045F6E">
              <w:rPr>
                <w:sz w:val="18"/>
                <w:szCs w:val="18"/>
              </w:rPr>
              <w:t>”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5.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5348C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Varlıktaki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Çatlak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Olumsuzlama</w:t>
            </w:r>
            <w:proofErr w:type="spellEnd"/>
            <w:r w:rsidRPr="00045F6E">
              <w:rPr>
                <w:sz w:val="18"/>
                <w:szCs w:val="18"/>
              </w:rPr>
              <w:t xml:space="preserve"> (</w:t>
            </w:r>
            <w:proofErr w:type="spellStart"/>
            <w:r w:rsidRPr="00045F6E">
              <w:rPr>
                <w:i/>
                <w:sz w:val="18"/>
                <w:szCs w:val="18"/>
              </w:rPr>
              <w:t>Negasyon</w:t>
            </w:r>
            <w:proofErr w:type="spellEnd"/>
            <w:r w:rsidRPr="00045F6E">
              <w:rPr>
                <w:sz w:val="18"/>
                <w:szCs w:val="18"/>
              </w:rPr>
              <w:t>)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5348C" w:rsidP="0095348C">
            <w:pPr>
              <w:jc w:val="both"/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Birinci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Hiçlik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Sorunu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”,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Birinci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Bölüm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: 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Olumsuzlamanın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Kökeni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”, s. 47–99</w:t>
            </w:r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sz w:val="18"/>
                <w:szCs w:val="18"/>
              </w:rPr>
              <w:t>Sorgulama</w:t>
            </w:r>
            <w:proofErr w:type="spellEnd"/>
            <w:r w:rsidRPr="00045F6E">
              <w:rPr>
                <w:sz w:val="18"/>
                <w:szCs w:val="18"/>
              </w:rPr>
              <w:t>”, “</w:t>
            </w:r>
            <w:proofErr w:type="spellStart"/>
            <w:r w:rsidRPr="00045F6E">
              <w:rPr>
                <w:sz w:val="18"/>
                <w:szCs w:val="18"/>
              </w:rPr>
              <w:t>Olumsuzlamalar</w:t>
            </w:r>
            <w:proofErr w:type="spellEnd"/>
            <w:r w:rsidRPr="00045F6E">
              <w:rPr>
                <w:sz w:val="18"/>
                <w:szCs w:val="18"/>
              </w:rPr>
              <w:t>”, “</w:t>
            </w:r>
            <w:proofErr w:type="spellStart"/>
            <w:r w:rsidRPr="00045F6E">
              <w:rPr>
                <w:sz w:val="18"/>
                <w:szCs w:val="18"/>
              </w:rPr>
              <w:t>Hiçliğin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Diyalektik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Kavranışı</w:t>
            </w:r>
            <w:proofErr w:type="spellEnd"/>
            <w:r w:rsidRPr="00045F6E">
              <w:rPr>
                <w:sz w:val="18"/>
                <w:szCs w:val="18"/>
              </w:rPr>
              <w:t>”, “</w:t>
            </w:r>
            <w:proofErr w:type="spellStart"/>
            <w:r w:rsidRPr="00045F6E">
              <w:rPr>
                <w:sz w:val="18"/>
                <w:szCs w:val="18"/>
              </w:rPr>
              <w:t>Hiçliğin</w:t>
            </w:r>
            <w:proofErr w:type="spellEnd"/>
            <w:r w:rsidRPr="00045F6E">
              <w:rPr>
                <w:sz w:val="18"/>
                <w:szCs w:val="18"/>
              </w:rPr>
              <w:t xml:space="preserve"> Fenomenolojik </w:t>
            </w:r>
            <w:proofErr w:type="spellStart"/>
            <w:r w:rsidRPr="00045F6E">
              <w:rPr>
                <w:sz w:val="18"/>
                <w:szCs w:val="18"/>
              </w:rPr>
              <w:t>Kavranışı</w:t>
            </w:r>
            <w:proofErr w:type="spellEnd"/>
            <w:r w:rsidRPr="00045F6E">
              <w:rPr>
                <w:sz w:val="18"/>
                <w:szCs w:val="18"/>
              </w:rPr>
              <w:t xml:space="preserve">”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sz w:val="18"/>
                <w:szCs w:val="18"/>
              </w:rPr>
              <w:t>Hiçliğin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Kökeni</w:t>
            </w:r>
            <w:proofErr w:type="spellEnd"/>
            <w:r w:rsidRPr="00045F6E">
              <w:rPr>
                <w:sz w:val="18"/>
                <w:szCs w:val="18"/>
              </w:rPr>
              <w:t>”.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6.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5348C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Kötü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Niyet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Kendini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Kandırma</w:t>
            </w:r>
            <w:proofErr w:type="spellEnd"/>
            <w:r w:rsidRPr="00045F6E">
              <w:rPr>
                <w:sz w:val="18"/>
                <w:szCs w:val="18"/>
              </w:rPr>
              <w:t xml:space="preserve"> (</w:t>
            </w:r>
            <w:proofErr w:type="spellStart"/>
            <w:r w:rsidRPr="00045F6E">
              <w:rPr>
                <w:i/>
                <w:sz w:val="18"/>
                <w:szCs w:val="18"/>
              </w:rPr>
              <w:t>Mauvaise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sz w:val="18"/>
                <w:szCs w:val="18"/>
              </w:rPr>
              <w:t>foi</w:t>
            </w:r>
            <w:proofErr w:type="spellEnd"/>
            <w:r w:rsidRPr="00045F6E">
              <w:rPr>
                <w:sz w:val="18"/>
                <w:szCs w:val="18"/>
              </w:rPr>
              <w:t xml:space="preserve">): </w:t>
            </w: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Aldatmacası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E52875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Birinci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İkinci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r w:rsidRPr="00045F6E">
              <w:rPr>
                <w:sz w:val="18"/>
                <w:szCs w:val="18"/>
              </w:rPr>
              <w:t>“</w:t>
            </w:r>
            <w:proofErr w:type="spellStart"/>
            <w:r w:rsidRPr="00045F6E">
              <w:rPr>
                <w:sz w:val="18"/>
                <w:szCs w:val="18"/>
              </w:rPr>
              <w:t>Kendini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Aldatma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Yalan</w:t>
            </w:r>
            <w:proofErr w:type="spellEnd"/>
            <w:r w:rsidRPr="00045F6E">
              <w:rPr>
                <w:sz w:val="18"/>
                <w:szCs w:val="18"/>
              </w:rPr>
              <w:t xml:space="preserve">”, </w:t>
            </w:r>
            <w:proofErr w:type="spellStart"/>
            <w:r w:rsidRPr="00045F6E">
              <w:rPr>
                <w:sz w:val="18"/>
                <w:szCs w:val="18"/>
              </w:rPr>
              <w:t>kötü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niyet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örnekleri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7.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F131B3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Kendisi-için-Varlık</w:t>
            </w:r>
            <w:proofErr w:type="spellEnd"/>
            <w:r w:rsidRPr="00045F6E">
              <w:rPr>
                <w:sz w:val="18"/>
                <w:szCs w:val="18"/>
              </w:rPr>
              <w:t xml:space="preserve"> I: </w:t>
            </w:r>
            <w:proofErr w:type="spellStart"/>
            <w:r w:rsidRPr="00045F6E">
              <w:rPr>
                <w:i/>
                <w:sz w:val="18"/>
                <w:szCs w:val="18"/>
              </w:rPr>
              <w:t>Olanaklı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F131B3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İkinci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Kendisi-İçin-Varlık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kendi-içinin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dolayımsız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yapıları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olgusallık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eksiklik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Kendi-İçin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Değerin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Varlığı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Olanaklılar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” 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8.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F131B3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Kendisi-için-Varlık</w:t>
            </w:r>
            <w:proofErr w:type="spellEnd"/>
            <w:r w:rsidRPr="00045F6E">
              <w:rPr>
                <w:sz w:val="18"/>
                <w:szCs w:val="18"/>
              </w:rPr>
              <w:t xml:space="preserve"> II: Zamansallık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Aşkınlık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F131B3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İkinci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>“Zamansallık”</w:t>
            </w:r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Aşkınlık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bölümleri</w:t>
            </w:r>
            <w:proofErr w:type="spellEnd"/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geçmiş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şimdi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gelecek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zamansallığın fenomenolojik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ontolojik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kuruluşu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9.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5A1179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Başkası-için-Varlık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sz w:val="18"/>
                <w:szCs w:val="18"/>
              </w:rPr>
              <w:t>Bakış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Beden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Birlikte-Oluş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5A1179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Üçüncü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Başkası-İçin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“</w:t>
            </w:r>
            <w:proofErr w:type="spellStart"/>
            <w:r w:rsidRPr="00045F6E">
              <w:rPr>
                <w:sz w:val="18"/>
                <w:szCs w:val="18"/>
              </w:rPr>
              <w:t>Başkalarının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Varoluşu</w:t>
            </w:r>
            <w:proofErr w:type="spellEnd"/>
            <w:r w:rsidRPr="00045F6E">
              <w:rPr>
                <w:sz w:val="18"/>
                <w:szCs w:val="18"/>
              </w:rPr>
              <w:t xml:space="preserve">”,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Bakış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Beden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bölümleri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10.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AF1203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Bilmecesi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sz w:val="18"/>
                <w:szCs w:val="18"/>
              </w:rPr>
              <w:t>Eylem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Sahip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Olma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Olumsallık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AF1203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Dördüncü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Kısım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Sahip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Olmak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Yapmak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Olmak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Birinci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>“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Olmak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Yapmak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Özgürlük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>”</w:t>
            </w:r>
            <w:r w:rsidRPr="00045F6E">
              <w:rPr>
                <w:sz w:val="18"/>
                <w:szCs w:val="18"/>
              </w:rPr>
              <w:t xml:space="preserve">. </w:t>
            </w: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olgusallık</w:t>
            </w:r>
            <w:proofErr w:type="spellEnd"/>
            <w:r w:rsidRPr="00045F6E">
              <w:rPr>
                <w:sz w:val="18"/>
                <w:szCs w:val="18"/>
              </w:rPr>
              <w:t xml:space="preserve">, durum, </w:t>
            </w:r>
            <w:proofErr w:type="spellStart"/>
            <w:r w:rsidRPr="00045F6E">
              <w:rPr>
                <w:sz w:val="18"/>
                <w:szCs w:val="18"/>
              </w:rPr>
              <w:t>seçim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eylem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sorumluluk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tartışmaları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11.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BF0406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Hiçlik’in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Temel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Kavramlarıyla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sz w:val="18"/>
                <w:szCs w:val="18"/>
              </w:rPr>
              <w:t>Bulantı</w:t>
            </w:r>
            <w:r w:rsidRPr="00045F6E">
              <w:rPr>
                <w:sz w:val="18"/>
                <w:szCs w:val="18"/>
              </w:rPr>
              <w:t>’yı</w:t>
            </w:r>
            <w:proofErr w:type="spellEnd"/>
            <w:r w:rsidRPr="00045F6E">
              <w:rPr>
                <w:sz w:val="18"/>
                <w:szCs w:val="18"/>
              </w:rPr>
              <w:t xml:space="preserve">  Okuma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Tartışma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BF0406">
            <w:pPr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Bulantı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r w:rsidRPr="00045F6E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varoluş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deneyimi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olumsallık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Roquentin’in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varoluşla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yüzleşmesi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kendinde-varlık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kendisi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için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varlık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ve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zamansallık</w:t>
            </w:r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kavramlarıyla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karşılaştırmalı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okunabilir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12.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BF0406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Varlık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Hiçlik’in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Temel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Kavramlarıyla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Sinekler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r w:rsidR="00922423" w:rsidRPr="00045F6E">
              <w:rPr>
                <w:sz w:val="18"/>
                <w:szCs w:val="18"/>
              </w:rPr>
              <w:t xml:space="preserve"> </w:t>
            </w:r>
            <w:proofErr w:type="spellStart"/>
            <w:r w:rsidR="00922423" w:rsidRPr="00045F6E">
              <w:rPr>
                <w:sz w:val="18"/>
                <w:szCs w:val="18"/>
              </w:rPr>
              <w:t>ve</w:t>
            </w:r>
            <w:proofErr w:type="spellEnd"/>
            <w:r w:rsidR="00922423" w:rsidRPr="00045F6E">
              <w:rPr>
                <w:sz w:val="18"/>
                <w:szCs w:val="18"/>
              </w:rPr>
              <w:t xml:space="preserve"> </w:t>
            </w:r>
            <w:proofErr w:type="spellStart"/>
            <w:r w:rsidR="00922423" w:rsidRPr="00045F6E">
              <w:rPr>
                <w:sz w:val="18"/>
                <w:szCs w:val="18"/>
              </w:rPr>
              <w:t>Çıkış</w:t>
            </w:r>
            <w:proofErr w:type="spellEnd"/>
            <w:r w:rsidR="00922423" w:rsidRPr="00045F6E">
              <w:rPr>
                <w:sz w:val="18"/>
                <w:szCs w:val="18"/>
              </w:rPr>
              <w:t xml:space="preserve"> </w:t>
            </w:r>
            <w:proofErr w:type="spellStart"/>
            <w:r w:rsidR="00922423" w:rsidRPr="00045F6E">
              <w:rPr>
                <w:sz w:val="18"/>
                <w:szCs w:val="18"/>
              </w:rPr>
              <w:t>Yok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Oyunlarını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Tartışma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22423">
            <w:pPr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Toplu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Oyunları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I–II</w:t>
            </w:r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Sinekler</w:t>
            </w:r>
            <w:proofErr w:type="spellEnd"/>
            <w:r w:rsidRPr="00045F6E">
              <w:rPr>
                <w:sz w:val="18"/>
                <w:szCs w:val="18"/>
              </w:rPr>
              <w:t xml:space="preserve"> –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II. </w:t>
            </w:r>
            <w:proofErr w:type="spellStart"/>
            <w:proofErr w:type="gramStart"/>
            <w:r w:rsidRPr="00045F6E">
              <w:rPr>
                <w:sz w:val="18"/>
                <w:szCs w:val="18"/>
              </w:rPr>
              <w:t>ve</w:t>
            </w:r>
            <w:proofErr w:type="spellEnd"/>
            <w:proofErr w:type="gramEnd"/>
            <w:r w:rsidRPr="00045F6E">
              <w:rPr>
                <w:sz w:val="18"/>
                <w:szCs w:val="18"/>
              </w:rPr>
              <w:t xml:space="preserve"> III. </w:t>
            </w:r>
            <w:proofErr w:type="spellStart"/>
            <w:r w:rsidRPr="00045F6E">
              <w:rPr>
                <w:sz w:val="18"/>
                <w:szCs w:val="18"/>
              </w:rPr>
              <w:t>Perde</w:t>
            </w:r>
            <w:proofErr w:type="spellEnd"/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Orestes’in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suçluluk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sorumlulukla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yüzleşmesi</w:t>
            </w:r>
            <w:proofErr w:type="spellEnd"/>
            <w:r w:rsidRPr="00045F6E">
              <w:rPr>
                <w:sz w:val="18"/>
                <w:szCs w:val="18"/>
              </w:rPr>
              <w:t xml:space="preserve">.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Çıkış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Yok</w:t>
            </w:r>
            <w:proofErr w:type="spellEnd"/>
            <w:r w:rsidRPr="00045F6E">
              <w:rPr>
                <w:sz w:val="18"/>
                <w:szCs w:val="18"/>
              </w:rPr>
              <w:t xml:space="preserve"> – </w:t>
            </w:r>
            <w:proofErr w:type="spellStart"/>
            <w:r w:rsidRPr="00045F6E">
              <w:rPr>
                <w:sz w:val="18"/>
                <w:szCs w:val="18"/>
              </w:rPr>
              <w:t>metnin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tamamı</w:t>
            </w:r>
            <w:proofErr w:type="spellEnd"/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başkasının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bakışı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nesneleşme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kişilerarası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ilişkiler</w:t>
            </w:r>
            <w:proofErr w:type="spellEnd"/>
            <w:r w:rsidRPr="00045F6E">
              <w:rPr>
                <w:sz w:val="18"/>
                <w:szCs w:val="18"/>
              </w:rPr>
              <w:t>.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13.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22423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Sartre’ın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Tiyatrosunda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Özgürlük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Sorumluluk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Başkası</w:t>
            </w:r>
            <w:proofErr w:type="spellEnd"/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i/>
                <w:sz w:val="18"/>
                <w:szCs w:val="18"/>
              </w:rPr>
              <w:t>Altona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sz w:val="18"/>
                <w:szCs w:val="18"/>
              </w:rPr>
              <w:t>Mahpusları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22423" w:rsidP="00922423">
            <w:pPr>
              <w:rPr>
                <w:rFonts w:hint="eastAsia"/>
                <w:sz w:val="18"/>
                <w:szCs w:val="18"/>
                <w:lang w:val="de-DE"/>
              </w:rPr>
            </w:pPr>
            <w:r w:rsidRPr="00045F6E">
              <w:rPr>
                <w:sz w:val="18"/>
                <w:szCs w:val="18"/>
              </w:rPr>
              <w:t xml:space="preserve">Sartre,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Toplu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Oyunları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I–II</w:t>
            </w:r>
            <w:r w:rsidRPr="00045F6E">
              <w:rPr>
                <w:sz w:val="18"/>
                <w:szCs w:val="18"/>
              </w:rPr>
              <w:t xml:space="preserve">: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Altona</w:t>
            </w:r>
            <w:proofErr w:type="spellEnd"/>
            <w:r w:rsidRPr="00045F6E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bCs/>
                <w:sz w:val="18"/>
                <w:szCs w:val="18"/>
              </w:rPr>
              <w:t>Mahpusları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seçilmiş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sahneler</w:t>
            </w:r>
            <w:proofErr w:type="spellEnd"/>
            <w:r w:rsidRPr="00045F6E">
              <w:rPr>
                <w:sz w:val="18"/>
                <w:szCs w:val="18"/>
              </w:rPr>
              <w:t xml:space="preserve">; </w:t>
            </w:r>
            <w:proofErr w:type="spellStart"/>
            <w:r w:rsidRPr="00045F6E">
              <w:rPr>
                <w:sz w:val="18"/>
                <w:szCs w:val="18"/>
              </w:rPr>
              <w:t>özellikle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Frantz’ın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suç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sorumluluk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sz w:val="18"/>
                <w:szCs w:val="18"/>
              </w:rPr>
              <w:t>tarih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başkasıyla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ilişkisini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merkeze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alan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bölümler</w:t>
            </w:r>
            <w:proofErr w:type="spellEnd"/>
            <w:r w:rsidRPr="00045F6E">
              <w:rPr>
                <w:sz w:val="18"/>
                <w:szCs w:val="18"/>
              </w:rPr>
              <w:t xml:space="preserve">. </w:t>
            </w:r>
          </w:p>
        </w:tc>
      </w:tr>
      <w:tr w:rsidR="00232108" w:rsidRPr="001B1404">
        <w:trPr>
          <w:cantSplit/>
          <w:jc w:val="center"/>
        </w:trPr>
        <w:tc>
          <w:tcPr>
            <w:tcW w:w="10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14. Hafta</w:t>
            </w:r>
          </w:p>
        </w:tc>
        <w:tc>
          <w:tcPr>
            <w:tcW w:w="32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22423">
            <w:pPr>
              <w:rPr>
                <w:rFonts w:hint="eastAsia"/>
                <w:sz w:val="18"/>
                <w:szCs w:val="18"/>
              </w:rPr>
            </w:pPr>
            <w:proofErr w:type="spellStart"/>
            <w:r w:rsidRPr="00045F6E">
              <w:rPr>
                <w:sz w:val="18"/>
                <w:szCs w:val="18"/>
              </w:rPr>
              <w:t>Metinlerin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Genel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Değerlendirmesi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karşılaştırmalı</w:t>
            </w:r>
            <w:proofErr w:type="spellEnd"/>
            <w:r w:rsidRPr="00045F6E">
              <w:rPr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Tartışma</w:t>
            </w:r>
            <w:proofErr w:type="spellEnd"/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045F6E" w:rsidRDefault="00922423">
            <w:pPr>
              <w:rPr>
                <w:rFonts w:hint="eastAsia"/>
                <w:sz w:val="18"/>
                <w:szCs w:val="18"/>
                <w:lang w:val="de-DE"/>
              </w:rPr>
            </w:pPr>
            <w:proofErr w:type="spellStart"/>
            <w:r w:rsidRPr="00045F6E">
              <w:rPr>
                <w:i/>
                <w:iCs/>
                <w:sz w:val="18"/>
                <w:szCs w:val="18"/>
              </w:rPr>
              <w:t>Varlık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/>
                <w:iCs/>
                <w:sz w:val="18"/>
                <w:szCs w:val="18"/>
              </w:rPr>
              <w:t>Hiçlik</w:t>
            </w:r>
            <w:r w:rsidRPr="00045F6E">
              <w:rPr>
                <w:iCs/>
                <w:sz w:val="18"/>
                <w:szCs w:val="18"/>
              </w:rPr>
              <w:t>’in</w:t>
            </w:r>
            <w:proofErr w:type="spellEnd"/>
            <w:r w:rsidRPr="00045F6E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Cs/>
                <w:sz w:val="18"/>
                <w:szCs w:val="18"/>
              </w:rPr>
              <w:t>temel</w:t>
            </w:r>
            <w:proofErr w:type="spellEnd"/>
            <w:r w:rsidRPr="00045F6E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Cs/>
                <w:sz w:val="18"/>
                <w:szCs w:val="18"/>
              </w:rPr>
              <w:t>kavramları</w:t>
            </w:r>
            <w:proofErr w:type="spellEnd"/>
            <w:r w:rsidRPr="00045F6E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iCs/>
                <w:sz w:val="18"/>
                <w:szCs w:val="18"/>
              </w:rPr>
              <w:t>ışığında</w:t>
            </w:r>
            <w:proofErr w:type="spellEnd"/>
            <w:r w:rsidRPr="00045F6E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Bulantı</w:t>
            </w:r>
            <w:proofErr w:type="spellEnd"/>
            <w:r w:rsidRPr="00045F6E">
              <w:rPr>
                <w:iCs/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Sinekler</w:t>
            </w:r>
            <w:proofErr w:type="spellEnd"/>
            <w:r w:rsidRPr="00045F6E">
              <w:rPr>
                <w:sz w:val="18"/>
                <w:szCs w:val="18"/>
              </w:rPr>
              <w:t xml:space="preserve">,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Çıkış</w:t>
            </w:r>
            <w:proofErr w:type="spellEnd"/>
            <w:r w:rsidRPr="00045F6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Yok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sz w:val="18"/>
                <w:szCs w:val="18"/>
              </w:rPr>
              <w:t>ve</w:t>
            </w:r>
            <w:proofErr w:type="spellEnd"/>
            <w:r w:rsidRPr="00045F6E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Altona</w:t>
            </w:r>
            <w:proofErr w:type="spellEnd"/>
            <w:r w:rsidRPr="00045F6E">
              <w:rPr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045F6E">
              <w:rPr>
                <w:b/>
                <w:iCs/>
                <w:sz w:val="18"/>
                <w:szCs w:val="18"/>
              </w:rPr>
              <w:t>Mahpusları</w:t>
            </w:r>
            <w:r w:rsidR="00045F6E" w:rsidRPr="00045F6E">
              <w:rPr>
                <w:i/>
                <w:sz w:val="18"/>
                <w:szCs w:val="18"/>
              </w:rPr>
              <w:t>’</w:t>
            </w:r>
            <w:r w:rsidR="00045F6E" w:rsidRPr="00045F6E">
              <w:rPr>
                <w:sz w:val="18"/>
                <w:szCs w:val="18"/>
              </w:rPr>
              <w:t>nın</w:t>
            </w:r>
            <w:proofErr w:type="spellEnd"/>
            <w:r w:rsidR="00045F6E" w:rsidRPr="00045F6E">
              <w:rPr>
                <w:sz w:val="18"/>
                <w:szCs w:val="18"/>
              </w:rPr>
              <w:t xml:space="preserve"> </w:t>
            </w:r>
            <w:proofErr w:type="spellStart"/>
            <w:r w:rsidR="00045F6E" w:rsidRPr="00045F6E">
              <w:rPr>
                <w:sz w:val="18"/>
                <w:szCs w:val="18"/>
              </w:rPr>
              <w:t>karşılaştırmalı</w:t>
            </w:r>
            <w:proofErr w:type="spellEnd"/>
            <w:r w:rsidR="00045F6E" w:rsidRPr="00045F6E">
              <w:rPr>
                <w:sz w:val="18"/>
                <w:szCs w:val="18"/>
              </w:rPr>
              <w:t xml:space="preserve"> </w:t>
            </w:r>
            <w:proofErr w:type="spellStart"/>
            <w:r w:rsidR="00045F6E" w:rsidRPr="00045F6E">
              <w:rPr>
                <w:sz w:val="18"/>
                <w:szCs w:val="18"/>
              </w:rPr>
              <w:t>analizi</w:t>
            </w:r>
            <w:proofErr w:type="spellEnd"/>
            <w:r w:rsidR="00045F6E" w:rsidRPr="00045F6E">
              <w:rPr>
                <w:sz w:val="18"/>
                <w:szCs w:val="18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Öğretim</w:t>
      </w:r>
      <w:proofErr w:type="spellEnd"/>
      <w:r>
        <w:t xml:space="preserve"> </w:t>
      </w:r>
      <w:proofErr w:type="spellStart"/>
      <w:r>
        <w:t>Yöntem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Teknikleri</w:t>
      </w:r>
      <w:proofErr w:type="spellEnd"/>
    </w:p>
    <w:tbl>
      <w:tblPr>
        <w:tblW w:w="11252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1252"/>
      </w:tblGrid>
      <w:tr w:rsidR="00232108" w:rsidTr="00604CCC">
        <w:trPr>
          <w:jc w:val="center"/>
        </w:trPr>
        <w:tc>
          <w:tcPr>
            <w:tcW w:w="11252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232108" w:rsidRPr="008A111B" w:rsidRDefault="008A111B">
            <w:pPr>
              <w:rPr>
                <w:rFonts w:hint="eastAsia"/>
                <w:sz w:val="20"/>
                <w:szCs w:val="20"/>
              </w:rPr>
            </w:pPr>
            <w:proofErr w:type="spellStart"/>
            <w:r w:rsidRPr="008A111B">
              <w:rPr>
                <w:sz w:val="20"/>
                <w:szCs w:val="20"/>
              </w:rPr>
              <w:t>Anlat</w:t>
            </w:r>
            <w:r w:rsidRPr="008A111B">
              <w:rPr>
                <w:rFonts w:hint="cs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>m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felsefi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metinlerin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oku</w:t>
            </w:r>
            <w:r>
              <w:rPr>
                <w:sz w:val="20"/>
                <w:szCs w:val="20"/>
              </w:rPr>
              <w:t>n</w:t>
            </w:r>
            <w:r w:rsidRPr="008A111B">
              <w:rPr>
                <w:sz w:val="20"/>
                <w:szCs w:val="20"/>
              </w:rPr>
              <w:t>ma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ve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rFonts w:hint="cs"/>
                <w:sz w:val="20"/>
                <w:szCs w:val="20"/>
              </w:rPr>
              <w:t>çö</w:t>
            </w:r>
            <w:r w:rsidRPr="008A111B">
              <w:rPr>
                <w:sz w:val="20"/>
                <w:szCs w:val="20"/>
              </w:rPr>
              <w:t>z</w:t>
            </w:r>
            <w:r w:rsidRPr="008A111B">
              <w:rPr>
                <w:rFonts w:hint="cs"/>
                <w:sz w:val="20"/>
                <w:szCs w:val="20"/>
              </w:rPr>
              <w:t>ü</w:t>
            </w:r>
            <w:r w:rsidRPr="008A111B">
              <w:rPr>
                <w:sz w:val="20"/>
                <w:szCs w:val="20"/>
              </w:rPr>
              <w:t>mle</w:t>
            </w:r>
            <w:r>
              <w:rPr>
                <w:sz w:val="20"/>
                <w:szCs w:val="20"/>
              </w:rPr>
              <w:t>n</w:t>
            </w:r>
            <w:r w:rsidRPr="008A111B">
              <w:rPr>
                <w:sz w:val="20"/>
                <w:szCs w:val="20"/>
              </w:rPr>
              <w:t>mesi</w:t>
            </w:r>
            <w:proofErr w:type="spellEnd"/>
            <w:r w:rsidRPr="008A111B">
              <w:rPr>
                <w:sz w:val="20"/>
                <w:szCs w:val="20"/>
              </w:rPr>
              <w:t xml:space="preserve">; </w:t>
            </w:r>
            <w:proofErr w:type="spellStart"/>
            <w:r w:rsidRPr="008A111B">
              <w:rPr>
                <w:sz w:val="20"/>
                <w:szCs w:val="20"/>
              </w:rPr>
              <w:t>kavramsal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analiz</w:t>
            </w:r>
            <w:proofErr w:type="spellEnd"/>
            <w:r w:rsidRPr="008A111B">
              <w:rPr>
                <w:sz w:val="20"/>
                <w:szCs w:val="20"/>
              </w:rPr>
              <w:t xml:space="preserve">; </w:t>
            </w:r>
            <w:proofErr w:type="spellStart"/>
            <w:r w:rsidRPr="008A111B">
              <w:rPr>
                <w:sz w:val="20"/>
                <w:szCs w:val="20"/>
              </w:rPr>
              <w:t>soru-cevap</w:t>
            </w:r>
            <w:proofErr w:type="spellEnd"/>
            <w:r w:rsidRPr="008A111B">
              <w:rPr>
                <w:sz w:val="20"/>
                <w:szCs w:val="20"/>
              </w:rPr>
              <w:t xml:space="preserve">; </w:t>
            </w:r>
            <w:proofErr w:type="spellStart"/>
            <w:r w:rsidRPr="008A111B">
              <w:rPr>
                <w:sz w:val="20"/>
                <w:szCs w:val="20"/>
              </w:rPr>
              <w:t>s</w:t>
            </w:r>
            <w:r w:rsidRPr="008A111B">
              <w:rPr>
                <w:rFonts w:hint="cs"/>
                <w:sz w:val="20"/>
                <w:szCs w:val="20"/>
              </w:rPr>
              <w:t>ı</w:t>
            </w:r>
            <w:r w:rsidRPr="008A111B">
              <w:rPr>
                <w:sz w:val="20"/>
                <w:szCs w:val="20"/>
              </w:rPr>
              <w:t>n</w:t>
            </w:r>
            <w:r w:rsidRPr="008A111B">
              <w:rPr>
                <w:rFonts w:hint="cs"/>
                <w:sz w:val="20"/>
                <w:szCs w:val="20"/>
              </w:rPr>
              <w:t>ı</w:t>
            </w:r>
            <w:r w:rsidRPr="008A111B">
              <w:rPr>
                <w:sz w:val="20"/>
                <w:szCs w:val="20"/>
              </w:rPr>
              <w:t>f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i</w:t>
            </w:r>
            <w:r w:rsidRPr="008A111B">
              <w:rPr>
                <w:rFonts w:hint="cs"/>
                <w:sz w:val="20"/>
                <w:szCs w:val="20"/>
              </w:rPr>
              <w:t>ç</w:t>
            </w:r>
            <w:r w:rsidRPr="008A111B">
              <w:rPr>
                <w:sz w:val="20"/>
                <w:szCs w:val="20"/>
              </w:rPr>
              <w:t>i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tart</w:t>
            </w:r>
            <w:r w:rsidRPr="008A111B">
              <w:rPr>
                <w:rFonts w:hint="cs"/>
                <w:sz w:val="20"/>
                <w:szCs w:val="20"/>
              </w:rPr>
              <w:t>ış</w:t>
            </w:r>
            <w:r w:rsidRPr="008A111B">
              <w:rPr>
                <w:sz w:val="20"/>
                <w:szCs w:val="20"/>
              </w:rPr>
              <w:t>ma</w:t>
            </w:r>
            <w:proofErr w:type="spellEnd"/>
            <w:r w:rsidRPr="008A111B">
              <w:rPr>
                <w:sz w:val="20"/>
                <w:szCs w:val="20"/>
              </w:rPr>
              <w:t xml:space="preserve">; </w:t>
            </w:r>
            <w:proofErr w:type="spellStart"/>
            <w:r w:rsidRPr="008A111B">
              <w:rPr>
                <w:sz w:val="20"/>
                <w:szCs w:val="20"/>
              </w:rPr>
              <w:t>felsefi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ve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edeb</w:t>
            </w:r>
            <w:r w:rsidRPr="008A111B">
              <w:rPr>
                <w:rFonts w:hint="cs"/>
                <w:sz w:val="20"/>
                <w:szCs w:val="20"/>
              </w:rPr>
              <w:t>î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metinlerin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kar</w:t>
            </w:r>
            <w:r w:rsidRPr="008A111B">
              <w:rPr>
                <w:rFonts w:hint="cs"/>
                <w:sz w:val="20"/>
                <w:szCs w:val="20"/>
              </w:rPr>
              <w:t>şı</w:t>
            </w:r>
            <w:r w:rsidRPr="008A111B">
              <w:rPr>
                <w:sz w:val="20"/>
                <w:szCs w:val="20"/>
              </w:rPr>
              <w:t>la</w:t>
            </w:r>
            <w:r w:rsidRPr="008A111B">
              <w:rPr>
                <w:rFonts w:hint="cs"/>
                <w:sz w:val="20"/>
                <w:szCs w:val="20"/>
              </w:rPr>
              <w:t>ş</w:t>
            </w:r>
            <w:r w:rsidRPr="008A111B">
              <w:rPr>
                <w:sz w:val="20"/>
                <w:szCs w:val="20"/>
              </w:rPr>
              <w:t>t</w:t>
            </w:r>
            <w:r w:rsidRPr="008A111B">
              <w:rPr>
                <w:rFonts w:hint="cs"/>
                <w:sz w:val="20"/>
                <w:szCs w:val="20"/>
              </w:rPr>
              <w:t>ı</w:t>
            </w:r>
            <w:r w:rsidRPr="008A111B">
              <w:rPr>
                <w:sz w:val="20"/>
                <w:szCs w:val="20"/>
              </w:rPr>
              <w:t>rmal</w:t>
            </w:r>
            <w:r w:rsidRPr="008A111B">
              <w:rPr>
                <w:rFonts w:hint="cs"/>
                <w:sz w:val="20"/>
                <w:szCs w:val="20"/>
              </w:rPr>
              <w:t>ı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incelenmesi</w:t>
            </w:r>
            <w:proofErr w:type="spellEnd"/>
            <w:r w:rsidRPr="008A111B">
              <w:rPr>
                <w:sz w:val="20"/>
                <w:szCs w:val="20"/>
              </w:rPr>
              <w:t xml:space="preserve">; </w:t>
            </w:r>
            <w:proofErr w:type="spellStart"/>
            <w:r w:rsidRPr="008A111B">
              <w:rPr>
                <w:rFonts w:hint="cs"/>
                <w:sz w:val="20"/>
                <w:szCs w:val="20"/>
              </w:rPr>
              <w:t>öğ</w:t>
            </w:r>
            <w:r w:rsidRPr="008A111B">
              <w:rPr>
                <w:sz w:val="20"/>
                <w:szCs w:val="20"/>
              </w:rPr>
              <w:t>renci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merkezli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yorumlama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ve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s</w:t>
            </w:r>
            <w:r w:rsidRPr="008A111B">
              <w:rPr>
                <w:rFonts w:hint="cs"/>
                <w:sz w:val="20"/>
                <w:szCs w:val="20"/>
              </w:rPr>
              <w:t>ö</w:t>
            </w:r>
            <w:r w:rsidRPr="008A111B">
              <w:rPr>
                <w:sz w:val="20"/>
                <w:szCs w:val="20"/>
              </w:rPr>
              <w:t>zl</w:t>
            </w:r>
            <w:r w:rsidRPr="008A111B">
              <w:rPr>
                <w:rFonts w:hint="cs"/>
                <w:sz w:val="20"/>
                <w:szCs w:val="20"/>
              </w:rPr>
              <w:t>ü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sunum</w:t>
            </w:r>
            <w:proofErr w:type="spellEnd"/>
            <w:r w:rsidRPr="008A111B">
              <w:rPr>
                <w:sz w:val="20"/>
                <w:szCs w:val="20"/>
              </w:rPr>
              <w:t xml:space="preserve"> </w:t>
            </w:r>
            <w:proofErr w:type="spellStart"/>
            <w:r w:rsidRPr="008A111B">
              <w:rPr>
                <w:sz w:val="20"/>
                <w:szCs w:val="20"/>
              </w:rPr>
              <w:t>teknikleri</w:t>
            </w:r>
            <w:proofErr w:type="spellEnd"/>
            <w:r w:rsidRPr="008A111B">
              <w:rPr>
                <w:sz w:val="20"/>
                <w:szCs w:val="20"/>
              </w:rPr>
              <w:t>.</w:t>
            </w:r>
          </w:p>
        </w:tc>
      </w:tr>
    </w:tbl>
    <w:p w:rsidR="00232108" w:rsidRDefault="00232108">
      <w:pPr>
        <w:rPr>
          <w:rFonts w:hint="eastAsia"/>
        </w:rPr>
      </w:pPr>
    </w:p>
    <w:p w:rsidR="00232108" w:rsidRDefault="00362702">
      <w:pPr>
        <w:pStyle w:val="FormHeading"/>
        <w:rPr>
          <w:rFonts w:hint="eastAsia"/>
        </w:rPr>
      </w:pPr>
      <w:proofErr w:type="spellStart"/>
      <w:r>
        <w:lastRenderedPageBreak/>
        <w:t>Temel</w:t>
      </w:r>
      <w:proofErr w:type="spellEnd"/>
      <w:r>
        <w:t xml:space="preserve"> </w:t>
      </w:r>
      <w:proofErr w:type="spellStart"/>
      <w:r>
        <w:t>Kaynaklar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440"/>
      </w:tblGrid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r w:rsidRPr="003B6F5D">
              <w:rPr>
                <w:sz w:val="20"/>
                <w:szCs w:val="20"/>
              </w:rPr>
              <w:t xml:space="preserve">Sartre, J.-P. (2009).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Varlık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ve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hiçlik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: Fenomenolojik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ontoloji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denemesi</w:t>
            </w:r>
            <w:proofErr w:type="spellEnd"/>
            <w:r w:rsidRPr="003B6F5D">
              <w:rPr>
                <w:sz w:val="20"/>
                <w:szCs w:val="20"/>
              </w:rPr>
              <w:t xml:space="preserve"> (T. </w:t>
            </w:r>
            <w:proofErr w:type="spellStart"/>
            <w:r w:rsidRPr="003B6F5D">
              <w:rPr>
                <w:sz w:val="20"/>
                <w:szCs w:val="20"/>
              </w:rPr>
              <w:t>Ilgaz</w:t>
            </w:r>
            <w:proofErr w:type="spellEnd"/>
            <w:r w:rsidRPr="003B6F5D">
              <w:rPr>
                <w:sz w:val="20"/>
                <w:szCs w:val="20"/>
              </w:rPr>
              <w:t xml:space="preserve"> &amp; G. </w:t>
            </w:r>
            <w:proofErr w:type="spellStart"/>
            <w:r w:rsidRPr="003B6F5D">
              <w:rPr>
                <w:sz w:val="20"/>
                <w:szCs w:val="20"/>
              </w:rPr>
              <w:t>Çankaya</w:t>
            </w:r>
            <w:proofErr w:type="spellEnd"/>
            <w:r w:rsidRPr="003B6F5D">
              <w:rPr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sz w:val="20"/>
                <w:szCs w:val="20"/>
              </w:rPr>
              <w:t>Eksen</w:t>
            </w:r>
            <w:proofErr w:type="spellEnd"/>
            <w:r w:rsidRPr="003B6F5D">
              <w:rPr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sz w:val="20"/>
                <w:szCs w:val="20"/>
              </w:rPr>
              <w:t>Çev</w:t>
            </w:r>
            <w:proofErr w:type="spellEnd"/>
            <w:r w:rsidRPr="003B6F5D">
              <w:rPr>
                <w:sz w:val="20"/>
                <w:szCs w:val="20"/>
              </w:rPr>
              <w:t xml:space="preserve">.). İstanbul: İthaki </w:t>
            </w:r>
            <w:proofErr w:type="spellStart"/>
            <w:r w:rsidRPr="003B6F5D">
              <w:rPr>
                <w:sz w:val="20"/>
                <w:szCs w:val="20"/>
              </w:rPr>
              <w:t>Yayınları</w:t>
            </w:r>
            <w:proofErr w:type="spellEnd"/>
            <w:r w:rsidRPr="003B6F5D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r w:rsidRPr="003B6F5D">
              <w:rPr>
                <w:sz w:val="20"/>
                <w:szCs w:val="20"/>
              </w:rPr>
              <w:t xml:space="preserve">Sartre, J.-P. (2009).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İmgelem</w:t>
            </w:r>
            <w:proofErr w:type="spellEnd"/>
            <w:r w:rsidRPr="003B6F5D">
              <w:rPr>
                <w:sz w:val="20"/>
                <w:szCs w:val="20"/>
              </w:rPr>
              <w:t xml:space="preserve"> (A. </w:t>
            </w:r>
            <w:proofErr w:type="spellStart"/>
            <w:r w:rsidRPr="003B6F5D">
              <w:rPr>
                <w:sz w:val="20"/>
                <w:szCs w:val="20"/>
              </w:rPr>
              <w:t>Tümertekin</w:t>
            </w:r>
            <w:proofErr w:type="spellEnd"/>
            <w:r w:rsidRPr="003B6F5D">
              <w:rPr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sz w:val="20"/>
                <w:szCs w:val="20"/>
              </w:rPr>
              <w:t>Çev</w:t>
            </w:r>
            <w:proofErr w:type="spellEnd"/>
            <w:r w:rsidRPr="003B6F5D">
              <w:rPr>
                <w:sz w:val="20"/>
                <w:szCs w:val="20"/>
              </w:rPr>
              <w:t xml:space="preserve">.). İstanbul: İthaki </w:t>
            </w:r>
            <w:proofErr w:type="spellStart"/>
            <w:r w:rsidRPr="003B6F5D">
              <w:rPr>
                <w:sz w:val="20"/>
                <w:szCs w:val="20"/>
              </w:rPr>
              <w:t>Yayınları</w:t>
            </w:r>
            <w:proofErr w:type="spellEnd"/>
            <w:r w:rsidRPr="003B6F5D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r w:rsidRPr="003B6F5D">
              <w:rPr>
                <w:sz w:val="20"/>
                <w:szCs w:val="20"/>
              </w:rPr>
              <w:t xml:space="preserve">Sartre, J.-P. (2017).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Ego’nun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aşkınlığı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: Fenomenolojik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bir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betimlemenin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taslağı</w:t>
            </w:r>
            <w:proofErr w:type="spellEnd"/>
            <w:r w:rsidRPr="003B6F5D">
              <w:rPr>
                <w:sz w:val="20"/>
                <w:szCs w:val="20"/>
              </w:rPr>
              <w:t xml:space="preserve"> (S. R. </w:t>
            </w:r>
            <w:proofErr w:type="spellStart"/>
            <w:r w:rsidRPr="003B6F5D">
              <w:rPr>
                <w:sz w:val="20"/>
                <w:szCs w:val="20"/>
              </w:rPr>
              <w:t>Kırkoğlu</w:t>
            </w:r>
            <w:proofErr w:type="spellEnd"/>
            <w:r w:rsidRPr="003B6F5D">
              <w:rPr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sz w:val="20"/>
                <w:szCs w:val="20"/>
              </w:rPr>
              <w:t>Çev</w:t>
            </w:r>
            <w:proofErr w:type="spellEnd"/>
            <w:r w:rsidRPr="003B6F5D">
              <w:rPr>
                <w:sz w:val="20"/>
                <w:szCs w:val="20"/>
              </w:rPr>
              <w:t xml:space="preserve">.). İstanbul: </w:t>
            </w:r>
            <w:proofErr w:type="spellStart"/>
            <w:r w:rsidRPr="003B6F5D">
              <w:rPr>
                <w:sz w:val="20"/>
                <w:szCs w:val="20"/>
              </w:rPr>
              <w:t>Hil</w:t>
            </w:r>
            <w:proofErr w:type="spellEnd"/>
            <w:r w:rsidRPr="003B6F5D">
              <w:rPr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sz w:val="20"/>
                <w:szCs w:val="20"/>
              </w:rPr>
              <w:t>Yayınları</w:t>
            </w:r>
            <w:proofErr w:type="spellEnd"/>
            <w:r w:rsidRPr="003B6F5D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r w:rsidRPr="003B6F5D">
              <w:rPr>
                <w:sz w:val="20"/>
                <w:szCs w:val="20"/>
              </w:rPr>
              <w:t xml:space="preserve">Sartre, J.-P. (2021).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Bulantı</w:t>
            </w:r>
            <w:proofErr w:type="spellEnd"/>
            <w:r w:rsidRPr="003B6F5D">
              <w:rPr>
                <w:sz w:val="20"/>
                <w:szCs w:val="20"/>
              </w:rPr>
              <w:t xml:space="preserve"> (S. </w:t>
            </w:r>
            <w:proofErr w:type="spellStart"/>
            <w:r w:rsidRPr="003B6F5D">
              <w:rPr>
                <w:sz w:val="20"/>
                <w:szCs w:val="20"/>
              </w:rPr>
              <w:t>Hilav</w:t>
            </w:r>
            <w:proofErr w:type="spellEnd"/>
            <w:r w:rsidRPr="003B6F5D">
              <w:rPr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sz w:val="20"/>
                <w:szCs w:val="20"/>
              </w:rPr>
              <w:t>Çev</w:t>
            </w:r>
            <w:proofErr w:type="spellEnd"/>
            <w:r w:rsidRPr="003B6F5D">
              <w:rPr>
                <w:sz w:val="20"/>
                <w:szCs w:val="20"/>
              </w:rPr>
              <w:t xml:space="preserve">.). İstanbul: Can </w:t>
            </w:r>
            <w:proofErr w:type="spellStart"/>
            <w:r w:rsidRPr="003B6F5D">
              <w:rPr>
                <w:sz w:val="20"/>
                <w:szCs w:val="20"/>
              </w:rPr>
              <w:t>Yayınları</w:t>
            </w:r>
            <w:proofErr w:type="spellEnd"/>
            <w:r w:rsidRPr="003B6F5D">
              <w:rPr>
                <w:sz w:val="20"/>
                <w:szCs w:val="20"/>
              </w:rPr>
              <w:t>.</w:t>
            </w:r>
          </w:p>
        </w:tc>
      </w:tr>
      <w:tr w:rsidR="00232108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Default="00362702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232108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r w:rsidRPr="003B6F5D">
              <w:rPr>
                <w:sz w:val="20"/>
                <w:szCs w:val="20"/>
              </w:rPr>
              <w:t xml:space="preserve">Sartre, J.-P.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Toplu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oyunları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I–II: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Sinekler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Çıkış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Yok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Altona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Mahpusları</w:t>
            </w:r>
            <w:proofErr w:type="spellEnd"/>
            <w:r w:rsidRPr="003B6F5D">
              <w:rPr>
                <w:sz w:val="20"/>
                <w:szCs w:val="20"/>
              </w:rPr>
              <w:t>. İstanbul.</w:t>
            </w:r>
          </w:p>
        </w:tc>
      </w:tr>
      <w:tr w:rsidR="003B6F5D">
        <w:trPr>
          <w:cantSplit/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6F5D" w:rsidRDefault="003B6F5D">
            <w:pPr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04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6F5D" w:rsidRPr="003B6F5D" w:rsidRDefault="003B6F5D">
            <w:pPr>
              <w:spacing w:after="0"/>
              <w:rPr>
                <w:rFonts w:hint="eastAsia"/>
                <w:sz w:val="20"/>
                <w:szCs w:val="20"/>
              </w:rPr>
            </w:pPr>
            <w:proofErr w:type="spellStart"/>
            <w:r w:rsidRPr="003B6F5D">
              <w:rPr>
                <w:sz w:val="20"/>
                <w:szCs w:val="20"/>
              </w:rPr>
              <w:t>Mounier</w:t>
            </w:r>
            <w:proofErr w:type="spellEnd"/>
            <w:r w:rsidRPr="003B6F5D">
              <w:rPr>
                <w:sz w:val="20"/>
                <w:szCs w:val="20"/>
              </w:rPr>
              <w:t xml:space="preserve">, E. (2007).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Varoluş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felsefelerine</w:t>
            </w:r>
            <w:proofErr w:type="spellEnd"/>
            <w:r w:rsidRPr="003B6F5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6F5D">
              <w:rPr>
                <w:i/>
                <w:iCs/>
                <w:sz w:val="20"/>
                <w:szCs w:val="20"/>
              </w:rPr>
              <w:t>giriş</w:t>
            </w:r>
            <w:proofErr w:type="spellEnd"/>
            <w:r w:rsidRPr="003B6F5D">
              <w:rPr>
                <w:sz w:val="20"/>
                <w:szCs w:val="20"/>
              </w:rPr>
              <w:t xml:space="preserve"> (S. R. </w:t>
            </w:r>
            <w:proofErr w:type="spellStart"/>
            <w:r w:rsidRPr="003B6F5D">
              <w:rPr>
                <w:sz w:val="20"/>
                <w:szCs w:val="20"/>
              </w:rPr>
              <w:t>Kırkoğlu</w:t>
            </w:r>
            <w:proofErr w:type="spellEnd"/>
            <w:r w:rsidRPr="003B6F5D">
              <w:rPr>
                <w:sz w:val="20"/>
                <w:szCs w:val="20"/>
              </w:rPr>
              <w:t xml:space="preserve">, </w:t>
            </w:r>
            <w:proofErr w:type="spellStart"/>
            <w:r w:rsidRPr="003B6F5D">
              <w:rPr>
                <w:sz w:val="20"/>
                <w:szCs w:val="20"/>
              </w:rPr>
              <w:t>Çev</w:t>
            </w:r>
            <w:proofErr w:type="spellEnd"/>
            <w:r w:rsidRPr="003B6F5D">
              <w:rPr>
                <w:sz w:val="20"/>
                <w:szCs w:val="20"/>
              </w:rPr>
              <w:t xml:space="preserve">.). İstanbul: Say </w:t>
            </w:r>
            <w:proofErr w:type="spellStart"/>
            <w:r w:rsidRPr="003B6F5D">
              <w:rPr>
                <w:sz w:val="20"/>
                <w:szCs w:val="20"/>
              </w:rPr>
              <w:t>Yayınları</w:t>
            </w:r>
            <w:proofErr w:type="spellEnd"/>
            <w:r w:rsidRPr="003B6F5D">
              <w:rPr>
                <w:sz w:val="20"/>
                <w:szCs w:val="20"/>
              </w:rPr>
              <w:t>.</w:t>
            </w:r>
          </w:p>
        </w:tc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Yardımcı</w:t>
      </w:r>
      <w:proofErr w:type="spellEnd"/>
      <w:r>
        <w:t xml:space="preserve"> </w:t>
      </w:r>
      <w:proofErr w:type="spellStart"/>
      <w:r>
        <w:t>Kaynaklar</w:t>
      </w:r>
      <w:proofErr w:type="spellEnd"/>
      <w:r>
        <w:t xml:space="preserve"> / </w:t>
      </w:r>
      <w:proofErr w:type="spellStart"/>
      <w:r>
        <w:t>Ek</w:t>
      </w:r>
      <w:proofErr w:type="spellEnd"/>
      <w:r>
        <w:t xml:space="preserve"> Okumalar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88"/>
      </w:tblGrid>
      <w:tr w:rsidR="00232108" w:rsidTr="00D71BFD">
        <w:trPr>
          <w:trHeight w:val="1257"/>
          <w:jc w:val="center"/>
        </w:trPr>
        <w:tc>
          <w:tcPr>
            <w:tcW w:w="11341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:rsidR="003B6F5D" w:rsidRPr="00D71BFD" w:rsidRDefault="003B6F5D" w:rsidP="00D71BFD">
            <w:pPr>
              <w:pStyle w:val="ListeParagraf"/>
              <w:numPr>
                <w:ilvl w:val="0"/>
                <w:numId w:val="10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D71BFD">
              <w:rPr>
                <w:sz w:val="20"/>
                <w:szCs w:val="20"/>
                <w:lang w:val="tr-TR"/>
              </w:rPr>
              <w:t xml:space="preserve">Direk, Zeynep. </w:t>
            </w:r>
            <w:r w:rsidRPr="00D71BFD">
              <w:rPr>
                <w:i/>
                <w:iCs/>
                <w:sz w:val="20"/>
                <w:szCs w:val="20"/>
                <w:lang w:val="tr-TR"/>
              </w:rPr>
              <w:t xml:space="preserve">Çağdaş Kıta Felsefesi: </w:t>
            </w:r>
            <w:proofErr w:type="spellStart"/>
            <w:r w:rsidRPr="00D71BFD">
              <w:rPr>
                <w:i/>
                <w:iCs/>
                <w:sz w:val="20"/>
                <w:szCs w:val="20"/>
                <w:lang w:val="tr-TR"/>
              </w:rPr>
              <w:t>Bergson’dan</w:t>
            </w:r>
            <w:proofErr w:type="spellEnd"/>
            <w:r w:rsidRPr="00D71BFD">
              <w:rPr>
                <w:i/>
                <w:iCs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71BFD">
              <w:rPr>
                <w:i/>
                <w:iCs/>
                <w:sz w:val="20"/>
                <w:szCs w:val="20"/>
                <w:lang w:val="tr-TR"/>
              </w:rPr>
              <w:t>Derrida’ya</w:t>
            </w:r>
            <w:proofErr w:type="spellEnd"/>
            <w:r w:rsidRPr="00D71BFD">
              <w:rPr>
                <w:sz w:val="20"/>
                <w:szCs w:val="20"/>
                <w:lang w:val="tr-TR"/>
              </w:rPr>
              <w:t xml:space="preserve">. İstanbul: </w:t>
            </w:r>
            <w:r w:rsidR="00D71BFD" w:rsidRPr="00D71BFD">
              <w:rPr>
                <w:sz w:val="20"/>
                <w:szCs w:val="20"/>
                <w:lang w:val="tr-TR"/>
              </w:rPr>
              <w:t xml:space="preserve"> </w:t>
            </w:r>
            <w:r w:rsidRPr="00D71BFD">
              <w:rPr>
                <w:sz w:val="20"/>
                <w:szCs w:val="20"/>
                <w:lang w:val="tr-TR"/>
              </w:rPr>
              <w:t xml:space="preserve">Fol Kitap. — Sartre’ın fenomenoloji ve çağdaş Fransız felsefesi içerisindeki konumunu anlamak bakımından seçili bölümler kullanılabilir. </w:t>
            </w:r>
          </w:p>
          <w:p w:rsidR="00232108" w:rsidRPr="00D71BFD" w:rsidRDefault="00D71BFD" w:rsidP="00D71BFD">
            <w:pPr>
              <w:pStyle w:val="ListeParagraf"/>
              <w:numPr>
                <w:ilvl w:val="0"/>
                <w:numId w:val="10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D71BFD">
              <w:rPr>
                <w:sz w:val="20"/>
                <w:szCs w:val="20"/>
                <w:lang w:val="tr-TR"/>
              </w:rPr>
              <w:t xml:space="preserve"> </w:t>
            </w:r>
            <w:r w:rsidRPr="00D71BFD">
              <w:rPr>
                <w:sz w:val="20"/>
                <w:szCs w:val="20"/>
              </w:rPr>
              <w:t xml:space="preserve">Murdoch, I. (2023). </w:t>
            </w:r>
            <w:r w:rsidRPr="00D71BFD">
              <w:rPr>
                <w:i/>
                <w:iCs/>
                <w:sz w:val="20"/>
                <w:szCs w:val="20"/>
              </w:rPr>
              <w:t xml:space="preserve">Sartre: </w:t>
            </w:r>
            <w:proofErr w:type="spellStart"/>
            <w:r w:rsidRPr="00D71BFD">
              <w:rPr>
                <w:i/>
                <w:iCs/>
                <w:sz w:val="20"/>
                <w:szCs w:val="20"/>
              </w:rPr>
              <w:t>Romantik</w:t>
            </w:r>
            <w:proofErr w:type="spellEnd"/>
            <w:r w:rsidRPr="00D71BF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71BFD">
              <w:rPr>
                <w:i/>
                <w:iCs/>
                <w:sz w:val="20"/>
                <w:szCs w:val="20"/>
              </w:rPr>
              <w:t>rasyonalist</w:t>
            </w:r>
            <w:proofErr w:type="spellEnd"/>
            <w:r w:rsidRPr="00D71BFD">
              <w:rPr>
                <w:sz w:val="20"/>
                <w:szCs w:val="20"/>
              </w:rPr>
              <w:t xml:space="preserve"> (S. </w:t>
            </w:r>
            <w:proofErr w:type="spellStart"/>
            <w:r w:rsidRPr="00D71BFD">
              <w:rPr>
                <w:sz w:val="20"/>
                <w:szCs w:val="20"/>
              </w:rPr>
              <w:t>Hilav</w:t>
            </w:r>
            <w:proofErr w:type="spellEnd"/>
            <w:r w:rsidRPr="00D71BFD">
              <w:rPr>
                <w:sz w:val="20"/>
                <w:szCs w:val="20"/>
              </w:rPr>
              <w:t xml:space="preserve">, </w:t>
            </w:r>
            <w:proofErr w:type="spellStart"/>
            <w:r w:rsidRPr="00D71BFD">
              <w:rPr>
                <w:sz w:val="20"/>
                <w:szCs w:val="20"/>
              </w:rPr>
              <w:t>Çev</w:t>
            </w:r>
            <w:proofErr w:type="spellEnd"/>
            <w:r w:rsidRPr="00D71BFD">
              <w:rPr>
                <w:sz w:val="20"/>
                <w:szCs w:val="20"/>
              </w:rPr>
              <w:t xml:space="preserve">.). İstanbul: </w:t>
            </w:r>
            <w:proofErr w:type="spellStart"/>
            <w:r w:rsidRPr="00D71BFD">
              <w:rPr>
                <w:sz w:val="20"/>
                <w:szCs w:val="20"/>
              </w:rPr>
              <w:t>Ayrıntı</w:t>
            </w:r>
            <w:proofErr w:type="spellEnd"/>
            <w:r w:rsidRPr="00D71BFD">
              <w:rPr>
                <w:sz w:val="20"/>
                <w:szCs w:val="20"/>
              </w:rPr>
              <w:t xml:space="preserve"> </w:t>
            </w:r>
            <w:proofErr w:type="spellStart"/>
            <w:r w:rsidRPr="00D71BFD">
              <w:rPr>
                <w:sz w:val="20"/>
                <w:szCs w:val="20"/>
              </w:rPr>
              <w:t>Yayınları</w:t>
            </w:r>
            <w:proofErr w:type="spellEnd"/>
            <w:r w:rsidRPr="00D71BFD">
              <w:rPr>
                <w:sz w:val="20"/>
                <w:szCs w:val="20"/>
              </w:rPr>
              <w:t>.</w:t>
            </w:r>
          </w:p>
          <w:p w:rsidR="00232108" w:rsidRPr="00D71BFD" w:rsidRDefault="00D71BFD" w:rsidP="00D71BFD">
            <w:pPr>
              <w:pStyle w:val="ListeParagraf"/>
              <w:numPr>
                <w:ilvl w:val="0"/>
                <w:numId w:val="10"/>
              </w:numPr>
              <w:jc w:val="both"/>
              <w:rPr>
                <w:rFonts w:hint="eastAsia"/>
                <w:lang w:val="tr-TR"/>
              </w:rPr>
            </w:pPr>
            <w:proofErr w:type="spellStart"/>
            <w:r w:rsidRPr="00D71BFD">
              <w:rPr>
                <w:sz w:val="20"/>
                <w:szCs w:val="20"/>
              </w:rPr>
              <w:t>Ders</w:t>
            </w:r>
            <w:proofErr w:type="spellEnd"/>
            <w:r w:rsidRPr="00D71BFD">
              <w:rPr>
                <w:sz w:val="20"/>
                <w:szCs w:val="20"/>
              </w:rPr>
              <w:t xml:space="preserve"> </w:t>
            </w:r>
            <w:proofErr w:type="spellStart"/>
            <w:r w:rsidRPr="00D71BFD">
              <w:rPr>
                <w:sz w:val="20"/>
                <w:szCs w:val="20"/>
              </w:rPr>
              <w:t>notları</w:t>
            </w:r>
            <w:proofErr w:type="spellEnd"/>
            <w:r w:rsidRPr="00D71BFD">
              <w:rPr>
                <w:sz w:val="20"/>
                <w:szCs w:val="20"/>
              </w:rPr>
              <w:t xml:space="preserve"> </w:t>
            </w:r>
            <w:proofErr w:type="spellStart"/>
            <w:r w:rsidRPr="00D71BFD">
              <w:rPr>
                <w:sz w:val="20"/>
                <w:szCs w:val="20"/>
              </w:rPr>
              <w:t>ve</w:t>
            </w:r>
            <w:proofErr w:type="spellEnd"/>
            <w:r w:rsidRPr="00D71BFD">
              <w:rPr>
                <w:sz w:val="20"/>
                <w:szCs w:val="20"/>
              </w:rPr>
              <w:t xml:space="preserve"> </w:t>
            </w:r>
            <w:proofErr w:type="spellStart"/>
            <w:r w:rsidRPr="00D71BFD">
              <w:rPr>
                <w:sz w:val="20"/>
                <w:szCs w:val="20"/>
              </w:rPr>
              <w:t>materyalleri</w:t>
            </w:r>
            <w:proofErr w:type="spellEnd"/>
          </w:p>
        </w:tc>
        <w:bookmarkStart w:id="0" w:name="_GoBack"/>
        <w:bookmarkEnd w:id="0"/>
      </w:tr>
    </w:tbl>
    <w:p w:rsidR="00232108" w:rsidRDefault="00362702">
      <w:pPr>
        <w:pStyle w:val="FormHeading"/>
        <w:rPr>
          <w:rFonts w:hint="eastAsia"/>
        </w:rPr>
      </w:pPr>
      <w:proofErr w:type="spellStart"/>
      <w:r>
        <w:t>Açıklamalar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68"/>
      </w:tblGrid>
      <w:tr w:rsidR="00232108" w:rsidTr="003B6F5D">
        <w:trPr>
          <w:jc w:val="center"/>
        </w:trPr>
        <w:tc>
          <w:tcPr>
            <w:tcW w:w="1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1BFD" w:rsidRPr="005F1EE7" w:rsidRDefault="00D71BFD" w:rsidP="005F1EE7">
            <w:pPr>
              <w:jc w:val="both"/>
              <w:rPr>
                <w:rFonts w:hint="eastAsia"/>
                <w:b/>
                <w:bCs/>
                <w:sz w:val="20"/>
                <w:szCs w:val="20"/>
                <w:lang w:val="tr-TR"/>
              </w:rPr>
            </w:pPr>
            <w:r w:rsidRPr="005F1EE7">
              <w:rPr>
                <w:b/>
                <w:bCs/>
                <w:sz w:val="20"/>
                <w:szCs w:val="20"/>
                <w:lang w:val="tr-TR"/>
              </w:rPr>
              <w:t>Ders Kuralları ve Beklentiler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Derslerin en az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%70’ine devam etmeniz</w:t>
            </w:r>
            <w:r w:rsidRPr="005F1EE7">
              <w:rPr>
                <w:sz w:val="20"/>
                <w:szCs w:val="20"/>
                <w:lang w:val="tr-TR"/>
              </w:rPr>
              <w:t xml:space="preserve"> beklenmektedir.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Derse katılamayacağınız durumlarda </w:t>
            </w:r>
            <w:r w:rsidR="005F1EE7">
              <w:rPr>
                <w:sz w:val="20"/>
                <w:szCs w:val="20"/>
                <w:lang w:val="tr-TR"/>
              </w:rPr>
              <w:t xml:space="preserve">dersi veren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öğretim üyesini önceden bilgilendirmeniz</w:t>
            </w:r>
            <w:r w:rsidRPr="005F1EE7">
              <w:rPr>
                <w:sz w:val="20"/>
                <w:szCs w:val="20"/>
                <w:lang w:val="tr-TR"/>
              </w:rPr>
              <w:t xml:space="preserve"> önemlidir.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Haftalık programda belirtilen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okuma metinlerini düzenli olarak takip etmeniz ve derse metni okumuş olarak gelmeniz</w:t>
            </w:r>
            <w:r w:rsidRPr="005F1EE7">
              <w:rPr>
                <w:sz w:val="20"/>
                <w:szCs w:val="20"/>
                <w:lang w:val="tr-TR"/>
              </w:rPr>
              <w:t xml:space="preserve"> beklenmektedir.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İlgili haftanın metnini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basılı ya da dijital olarak yanınızda bulundurmanız</w:t>
            </w:r>
            <w:r w:rsidRPr="005F1EE7">
              <w:rPr>
                <w:sz w:val="20"/>
                <w:szCs w:val="20"/>
                <w:lang w:val="tr-TR"/>
              </w:rPr>
              <w:t xml:space="preserve"> dersin takibi açısından önemlidir.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Ders sırasında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soru sormanız, görüşlerinizi paylaşmanız ve tartışmalara katılmanız</w:t>
            </w:r>
            <w:r w:rsidRPr="005F1EE7">
              <w:rPr>
                <w:sz w:val="20"/>
                <w:szCs w:val="20"/>
                <w:lang w:val="tr-TR"/>
              </w:rPr>
              <w:t xml:space="preserve"> teşvik edilmektedir.</w:t>
            </w:r>
          </w:p>
          <w:p w:rsidR="00D71BFD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sz w:val="20"/>
                <w:szCs w:val="20"/>
                <w:lang w:val="tr-TR"/>
              </w:rPr>
            </w:pPr>
            <w:r w:rsidRPr="005F1EE7">
              <w:rPr>
                <w:b/>
                <w:bCs/>
                <w:sz w:val="20"/>
                <w:szCs w:val="20"/>
                <w:lang w:val="tr-TR"/>
              </w:rPr>
              <w:t>Sözlü sunum, metin çözümlemesi ve soru-cevap etkinliklerine aktif katılımınız</w:t>
            </w:r>
            <w:r w:rsidRPr="005F1EE7">
              <w:rPr>
                <w:sz w:val="20"/>
                <w:szCs w:val="20"/>
                <w:lang w:val="tr-TR"/>
              </w:rPr>
              <w:t xml:space="preserve"> dersin önemli bir parçasıdır.</w:t>
            </w:r>
          </w:p>
          <w:p w:rsidR="00232108" w:rsidRPr="005F1EE7" w:rsidRDefault="00D71BFD" w:rsidP="005F1EE7">
            <w:pPr>
              <w:numPr>
                <w:ilvl w:val="0"/>
                <w:numId w:val="11"/>
              </w:numPr>
              <w:jc w:val="both"/>
              <w:rPr>
                <w:rFonts w:hint="eastAsia"/>
                <w:lang w:val="tr-TR"/>
              </w:rPr>
            </w:pPr>
            <w:r w:rsidRPr="005F1EE7">
              <w:rPr>
                <w:sz w:val="20"/>
                <w:szCs w:val="20"/>
                <w:lang w:val="tr-TR"/>
              </w:rPr>
              <w:t xml:space="preserve">Farklı görüşlerin özgürce ifade edilebildiği bir ders ortamı için </w:t>
            </w:r>
            <w:r w:rsidRPr="005F1EE7">
              <w:rPr>
                <w:b/>
                <w:bCs/>
                <w:sz w:val="20"/>
                <w:szCs w:val="20"/>
                <w:lang w:val="tr-TR"/>
              </w:rPr>
              <w:t>karşılıklı saygı ve akademik tartışma ilkelerine</w:t>
            </w:r>
            <w:r w:rsidRPr="005F1EE7">
              <w:rPr>
                <w:sz w:val="20"/>
                <w:szCs w:val="20"/>
                <w:lang w:val="tr-TR"/>
              </w:rPr>
              <w:t xml:space="preserve"> özen gösterilmesi beklenmektedir.</w:t>
            </w:r>
          </w:p>
        </w:tc>
      </w:tr>
    </w:tbl>
    <w:p w:rsidR="00362702" w:rsidRDefault="00362702">
      <w:pPr>
        <w:rPr>
          <w:rFonts w:hint="eastAsia"/>
        </w:rPr>
      </w:pPr>
    </w:p>
    <w:sectPr w:rsidR="00362702" w:rsidSect="00034616">
      <w:footerReference w:type="default" r:id="rId9"/>
      <w:pgSz w:w="12240" w:h="15840"/>
      <w:pgMar w:top="648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EFA" w:rsidRDefault="00C24E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C24EFA" w:rsidRDefault="00C24E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108" w:rsidRDefault="00362702">
    <w:pPr>
      <w:pStyle w:val="Altbilgi"/>
      <w:jc w:val="center"/>
      <w:rPr>
        <w:rFonts w:hint="eastAsia"/>
      </w:rPr>
    </w:pPr>
    <w:r>
      <w:rPr>
        <w:color w:val="787878"/>
        <w:sz w:val="16"/>
      </w:rPr>
      <w:t>Gaziantep Üniversitesi • Felsefe Bölümü • Ders İzlencesi Formu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EFA" w:rsidRDefault="00C24E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C24EFA" w:rsidRDefault="00C24E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F2D1A64"/>
    <w:multiLevelType w:val="hybridMultilevel"/>
    <w:tmpl w:val="8056D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476713"/>
    <w:multiLevelType w:val="multilevel"/>
    <w:tmpl w:val="1C0E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5F6E"/>
    <w:rsid w:val="0006063C"/>
    <w:rsid w:val="000B38B0"/>
    <w:rsid w:val="0015074B"/>
    <w:rsid w:val="001B1404"/>
    <w:rsid w:val="001E0A96"/>
    <w:rsid w:val="00232108"/>
    <w:rsid w:val="0029639D"/>
    <w:rsid w:val="00326F90"/>
    <w:rsid w:val="00362702"/>
    <w:rsid w:val="00371EFE"/>
    <w:rsid w:val="003B6F5D"/>
    <w:rsid w:val="0043677F"/>
    <w:rsid w:val="004A5B80"/>
    <w:rsid w:val="004E77F6"/>
    <w:rsid w:val="004F0962"/>
    <w:rsid w:val="00555E75"/>
    <w:rsid w:val="005A1179"/>
    <w:rsid w:val="005F1EE7"/>
    <w:rsid w:val="00604CCC"/>
    <w:rsid w:val="00746862"/>
    <w:rsid w:val="008A111B"/>
    <w:rsid w:val="00922423"/>
    <w:rsid w:val="0095348C"/>
    <w:rsid w:val="009E4E94"/>
    <w:rsid w:val="00A31598"/>
    <w:rsid w:val="00AA1D8D"/>
    <w:rsid w:val="00AF1203"/>
    <w:rsid w:val="00B47730"/>
    <w:rsid w:val="00BF0406"/>
    <w:rsid w:val="00C24EFA"/>
    <w:rsid w:val="00CB0664"/>
    <w:rsid w:val="00CC5B85"/>
    <w:rsid w:val="00D71BFD"/>
    <w:rsid w:val="00DA44A5"/>
    <w:rsid w:val="00E52875"/>
    <w:rsid w:val="00EC1E89"/>
    <w:rsid w:val="00F131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789710E-9D8E-44D6-B210-71535578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Heading">
    <w:name w:val="Form Heading"/>
    <w:pPr>
      <w:spacing w:before="140" w:after="80"/>
    </w:pPr>
    <w:rPr>
      <w:rFonts w:ascii="Aptos" w:hAnsi="Aptos"/>
      <w:b/>
      <w:color w:val="1F3F6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1F69E4-5961-43FC-85AC-4E94388E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1173</Words>
  <Characters>6691</Characters>
  <Application>Microsoft Office Word</Application>
  <DocSecurity>0</DocSecurity>
  <Lines>55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yazar</cp:lastModifiedBy>
  <cp:revision>23</cp:revision>
  <dcterms:created xsi:type="dcterms:W3CDTF">2013-12-23T23:15:00Z</dcterms:created>
  <dcterms:modified xsi:type="dcterms:W3CDTF">2026-09-21T10:19:00Z</dcterms:modified>
  <cp:category/>
</cp:coreProperties>
</file>